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729B9" w:rsidRPr="00B51BF0" w:rsidRDefault="003729B9" w:rsidP="00290973">
      <w:pPr>
        <w:spacing w:after="0"/>
        <w:jc w:val="center"/>
        <w:rPr>
          <w:b/>
          <w:sz w:val="32"/>
          <w:szCs w:val="32"/>
          <w:lang w:val="pl-PL"/>
        </w:rPr>
      </w:pPr>
      <w:r w:rsidRPr="00B51BF0">
        <w:rPr>
          <w:b/>
          <w:bCs/>
          <w:sz w:val="32"/>
          <w:szCs w:val="32"/>
          <w:lang w:val="pl-PL"/>
        </w:rPr>
        <w:t>Posúdenie bezodkladnosti</w:t>
      </w:r>
    </w:p>
    <w:p w:rsidR="003729B9" w:rsidRPr="00BB4BFC" w:rsidRDefault="003729B9" w:rsidP="00290973">
      <w:pPr>
        <w:spacing w:before="120" w:after="0"/>
        <w:jc w:val="center"/>
        <w:rPr>
          <w:b/>
          <w:bCs/>
          <w:sz w:val="20"/>
          <w:szCs w:val="20"/>
          <w:lang w:val="sk-SK"/>
        </w:rPr>
      </w:pPr>
      <w:r w:rsidRPr="00BB4BFC">
        <w:rPr>
          <w:b/>
          <w:sz w:val="20"/>
          <w:szCs w:val="20"/>
          <w:lang w:val="sk-SK"/>
        </w:rPr>
        <w:t>podľa § 81c zákona č. 448/2008 Z. z.</w:t>
      </w:r>
      <w:r w:rsidRPr="00BB4BFC">
        <w:rPr>
          <w:b/>
          <w:bCs/>
          <w:sz w:val="20"/>
          <w:szCs w:val="20"/>
          <w:lang w:val="sk-SK"/>
        </w:rPr>
        <w:t xml:space="preserve"> o sociálnych službách a o zmene a doplnení zákona č. 455/1991 Zb. o živnostenskom podnikaní (živnostenský zákon) v znení neskorších predpisov</w:t>
      </w:r>
    </w:p>
    <w:p w:rsidR="00CB4E0E" w:rsidRPr="00BB4BFC" w:rsidRDefault="00CB4E0E" w:rsidP="00290973">
      <w:pPr>
        <w:spacing w:before="120" w:after="0"/>
        <w:jc w:val="center"/>
        <w:rPr>
          <w:b/>
          <w:bCs/>
          <w:sz w:val="20"/>
          <w:szCs w:val="20"/>
          <w:lang w:val="sk-SK"/>
        </w:rPr>
      </w:pPr>
    </w:p>
    <w:p w:rsidR="003729B9" w:rsidRPr="00BB4BFC" w:rsidRDefault="003729B9" w:rsidP="00D72310">
      <w:pPr>
        <w:pStyle w:val="Odsekzoznamu"/>
        <w:numPr>
          <w:ilvl w:val="0"/>
          <w:numId w:val="14"/>
        </w:numPr>
        <w:spacing w:line="240" w:lineRule="auto"/>
        <w:ind w:left="142" w:hanging="284"/>
        <w:rPr>
          <w:sz w:val="20"/>
          <w:szCs w:val="20"/>
          <w:lang w:val="sk-SK"/>
        </w:rPr>
      </w:pPr>
      <w:r w:rsidRPr="00BB4BFC">
        <w:rPr>
          <w:b/>
          <w:bCs/>
          <w:color w:val="215E99"/>
          <w:sz w:val="20"/>
          <w:szCs w:val="20"/>
          <w:lang w:val="sk-SK"/>
        </w:rPr>
        <w:t xml:space="preserve">Údaje o osobe, ktorej sa </w:t>
      </w:r>
      <w:r w:rsidR="00F87070" w:rsidRPr="00BB4BFC">
        <w:rPr>
          <w:b/>
          <w:bCs/>
          <w:color w:val="215E99"/>
          <w:sz w:val="20"/>
          <w:szCs w:val="20"/>
          <w:lang w:val="sk-SK"/>
        </w:rPr>
        <w:t>má zabezpeč</w:t>
      </w:r>
      <w:r w:rsidR="009A4239" w:rsidRPr="00BB4BFC">
        <w:rPr>
          <w:b/>
          <w:bCs/>
          <w:color w:val="215E99"/>
          <w:sz w:val="20"/>
          <w:szCs w:val="20"/>
          <w:lang w:val="sk-SK"/>
        </w:rPr>
        <w:t>iť</w:t>
      </w:r>
      <w:r w:rsidR="00F87070" w:rsidRPr="00BB4BFC">
        <w:rPr>
          <w:b/>
          <w:bCs/>
          <w:color w:val="215E99"/>
          <w:sz w:val="20"/>
          <w:szCs w:val="20"/>
          <w:lang w:val="sk-SK"/>
        </w:rPr>
        <w:t xml:space="preserve"> posky</w:t>
      </w:r>
      <w:r w:rsidR="00510964" w:rsidRPr="00BB4BFC">
        <w:rPr>
          <w:b/>
          <w:bCs/>
          <w:color w:val="215E99"/>
          <w:sz w:val="20"/>
          <w:szCs w:val="20"/>
          <w:lang w:val="sk-SK"/>
        </w:rPr>
        <w:t>tovani</w:t>
      </w:r>
      <w:r w:rsidR="009A4239" w:rsidRPr="00BB4BFC">
        <w:rPr>
          <w:b/>
          <w:bCs/>
          <w:color w:val="215E99"/>
          <w:sz w:val="20"/>
          <w:szCs w:val="20"/>
          <w:lang w:val="sk-SK"/>
        </w:rPr>
        <w:t>e</w:t>
      </w:r>
      <w:r w:rsidR="00510964" w:rsidRPr="00BB4BFC">
        <w:rPr>
          <w:b/>
          <w:bCs/>
          <w:color w:val="215E99"/>
          <w:sz w:val="20"/>
          <w:szCs w:val="20"/>
          <w:lang w:val="sk-SK"/>
        </w:rPr>
        <w:t xml:space="preserve"> sociálnej služby </w:t>
      </w:r>
      <w:r w:rsidR="007777E0" w:rsidRPr="00BB4BFC">
        <w:rPr>
          <w:b/>
          <w:bCs/>
          <w:color w:val="215E99"/>
          <w:sz w:val="20"/>
          <w:szCs w:val="20"/>
          <w:lang w:val="sk-SK"/>
        </w:rPr>
        <w:t>bezodkladn</w:t>
      </w:r>
      <w:r w:rsidR="00510964" w:rsidRPr="00BB4BFC">
        <w:rPr>
          <w:b/>
          <w:bCs/>
          <w:color w:val="215E99"/>
          <w:sz w:val="20"/>
          <w:szCs w:val="20"/>
          <w:lang w:val="sk-SK"/>
        </w:rPr>
        <w:t>e</w:t>
      </w:r>
      <w:r w:rsidR="007777E0" w:rsidRPr="00BB4BFC">
        <w:rPr>
          <w:b/>
          <w:bCs/>
          <w:color w:val="215E99"/>
          <w:sz w:val="20"/>
          <w:szCs w:val="20"/>
          <w:lang w:val="sk-SK"/>
        </w:rPr>
        <w:t xml:space="preserve"> </w:t>
      </w:r>
    </w:p>
    <w:tbl>
      <w:tblPr>
        <w:tblStyle w:val="GridTable1Light-Accent1"/>
        <w:tblW w:w="4933" w:type="pct"/>
        <w:tblInd w:w="134" w:type="dxa"/>
        <w:tblLook w:val="04A0" w:firstRow="1" w:lastRow="0" w:firstColumn="1" w:lastColumn="0" w:noHBand="0" w:noVBand="1"/>
      </w:tblPr>
      <w:tblGrid>
        <w:gridCol w:w="3264"/>
        <w:gridCol w:w="5950"/>
      </w:tblGrid>
      <w:tr w:rsidR="001E0D00" w:rsidRPr="00BB4BFC" w:rsidTr="00504BDF">
        <w:tc>
          <w:tcPr>
            <w:tcW w:w="1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b/>
                <w:bCs/>
                <w:sz w:val="20"/>
                <w:szCs w:val="20"/>
              </w:rPr>
            </w:pPr>
            <w:r w:rsidRPr="00BB4BFC">
              <w:rPr>
                <w:b/>
                <w:bCs/>
                <w:sz w:val="20"/>
                <w:szCs w:val="20"/>
              </w:rPr>
              <w:t xml:space="preserve">Meno a </w:t>
            </w:r>
            <w:proofErr w:type="spellStart"/>
            <w:r w:rsidRPr="00BB4BFC">
              <w:rPr>
                <w:b/>
                <w:bCs/>
                <w:sz w:val="20"/>
                <w:szCs w:val="20"/>
              </w:rPr>
              <w:t>priezvisko</w:t>
            </w:r>
            <w:proofErr w:type="spellEnd"/>
          </w:p>
          <w:p w:rsidR="00E42FB2" w:rsidRPr="00BB4BFC" w:rsidRDefault="00E42FB2">
            <w:pPr>
              <w:rPr>
                <w:b/>
                <w:bCs/>
                <w:sz w:val="20"/>
                <w:szCs w:val="20"/>
              </w:rPr>
            </w:pPr>
          </w:p>
          <w:p w:rsidR="00061FE2" w:rsidRPr="00BB4BFC" w:rsidRDefault="00061FE2">
            <w:pPr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3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sz w:val="20"/>
                <w:szCs w:val="20"/>
              </w:rPr>
            </w:pPr>
          </w:p>
          <w:p w:rsidR="00061FE2" w:rsidRPr="00BB4BFC" w:rsidRDefault="00061FE2">
            <w:pPr>
              <w:rPr>
                <w:sz w:val="20"/>
                <w:szCs w:val="20"/>
              </w:rPr>
            </w:pPr>
          </w:p>
        </w:tc>
      </w:tr>
      <w:tr w:rsidR="001E0D00" w:rsidRPr="00BB4BFC" w:rsidTr="00504BDF">
        <w:tc>
          <w:tcPr>
            <w:tcW w:w="1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B4BFC">
              <w:rPr>
                <w:b/>
                <w:bCs/>
                <w:sz w:val="20"/>
                <w:szCs w:val="20"/>
              </w:rPr>
              <w:t>Dátum</w:t>
            </w:r>
            <w:proofErr w:type="spellEnd"/>
            <w:r w:rsidRPr="00BB4BF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B4BFC">
              <w:rPr>
                <w:b/>
                <w:bCs/>
                <w:sz w:val="20"/>
                <w:szCs w:val="20"/>
              </w:rPr>
              <w:t>narodenia</w:t>
            </w:r>
            <w:proofErr w:type="spellEnd"/>
          </w:p>
          <w:p w:rsidR="00061FE2" w:rsidRPr="00BB4BFC" w:rsidRDefault="00061FE2">
            <w:pPr>
              <w:rPr>
                <w:b/>
                <w:bCs/>
                <w:sz w:val="20"/>
                <w:szCs w:val="20"/>
              </w:rPr>
            </w:pPr>
          </w:p>
          <w:p w:rsidR="00061FE2" w:rsidRPr="00BB4BFC" w:rsidRDefault="00061FE2">
            <w:pPr>
              <w:rPr>
                <w:sz w:val="20"/>
                <w:szCs w:val="20"/>
              </w:rPr>
            </w:pPr>
          </w:p>
        </w:tc>
        <w:tc>
          <w:tcPr>
            <w:tcW w:w="3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sz w:val="20"/>
                <w:szCs w:val="20"/>
              </w:rPr>
            </w:pPr>
          </w:p>
        </w:tc>
      </w:tr>
      <w:tr w:rsidR="001E0D00" w:rsidRPr="00BB4BFC" w:rsidTr="00504BDF">
        <w:tc>
          <w:tcPr>
            <w:tcW w:w="1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B4BFC">
              <w:rPr>
                <w:b/>
                <w:bCs/>
                <w:sz w:val="20"/>
                <w:szCs w:val="20"/>
              </w:rPr>
              <w:t>Rodné</w:t>
            </w:r>
            <w:proofErr w:type="spellEnd"/>
            <w:r w:rsidRPr="00BB4BF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B4BFC">
              <w:rPr>
                <w:b/>
                <w:bCs/>
                <w:sz w:val="20"/>
                <w:szCs w:val="20"/>
              </w:rPr>
              <w:t>číslo</w:t>
            </w:r>
            <w:proofErr w:type="spellEnd"/>
          </w:p>
          <w:p w:rsidR="00061FE2" w:rsidRPr="00BB4BFC" w:rsidRDefault="00061FE2">
            <w:pPr>
              <w:rPr>
                <w:b/>
                <w:bCs/>
                <w:sz w:val="20"/>
                <w:szCs w:val="20"/>
              </w:rPr>
            </w:pPr>
          </w:p>
          <w:p w:rsidR="00061FE2" w:rsidRPr="00BB4BFC" w:rsidRDefault="00061FE2">
            <w:pPr>
              <w:rPr>
                <w:sz w:val="20"/>
                <w:szCs w:val="20"/>
              </w:rPr>
            </w:pPr>
          </w:p>
        </w:tc>
        <w:tc>
          <w:tcPr>
            <w:tcW w:w="3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sz w:val="20"/>
                <w:szCs w:val="20"/>
              </w:rPr>
            </w:pPr>
          </w:p>
        </w:tc>
      </w:tr>
      <w:tr w:rsidR="001E0D00" w:rsidRPr="00BB4BFC" w:rsidTr="00504BDF">
        <w:trPr>
          <w:trHeight w:val="863"/>
        </w:trPr>
        <w:tc>
          <w:tcPr>
            <w:tcW w:w="1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B4BFC">
              <w:rPr>
                <w:b/>
                <w:bCs/>
                <w:sz w:val="20"/>
                <w:szCs w:val="20"/>
              </w:rPr>
              <w:t>Adresa</w:t>
            </w:r>
            <w:proofErr w:type="spellEnd"/>
            <w:r w:rsidRPr="00BB4BF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B4BFC">
              <w:rPr>
                <w:b/>
                <w:bCs/>
                <w:sz w:val="20"/>
                <w:szCs w:val="20"/>
              </w:rPr>
              <w:t>trvalého</w:t>
            </w:r>
            <w:proofErr w:type="spellEnd"/>
            <w:r w:rsidRPr="00BB4BF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B4BFC">
              <w:rPr>
                <w:b/>
                <w:bCs/>
                <w:sz w:val="20"/>
                <w:szCs w:val="20"/>
              </w:rPr>
              <w:t>pobytu</w:t>
            </w:r>
            <w:proofErr w:type="spellEnd"/>
          </w:p>
          <w:p w:rsidR="00061FE2" w:rsidRPr="00BB4BFC" w:rsidRDefault="00061FE2">
            <w:pPr>
              <w:rPr>
                <w:b/>
                <w:bCs/>
                <w:sz w:val="20"/>
                <w:szCs w:val="20"/>
              </w:rPr>
            </w:pPr>
          </w:p>
          <w:p w:rsidR="00061FE2" w:rsidRPr="00BB4BFC" w:rsidRDefault="00061FE2">
            <w:pPr>
              <w:rPr>
                <w:b/>
                <w:bCs/>
                <w:sz w:val="20"/>
                <w:szCs w:val="20"/>
              </w:rPr>
            </w:pPr>
          </w:p>
          <w:p w:rsidR="00061FE2" w:rsidRPr="00BB4BFC" w:rsidRDefault="00061FE2">
            <w:pPr>
              <w:rPr>
                <w:b/>
                <w:bCs/>
                <w:sz w:val="20"/>
                <w:szCs w:val="20"/>
              </w:rPr>
            </w:pPr>
          </w:p>
          <w:p w:rsidR="00061FE2" w:rsidRPr="00BB4BFC" w:rsidRDefault="00061FE2">
            <w:pPr>
              <w:rPr>
                <w:sz w:val="20"/>
                <w:szCs w:val="20"/>
              </w:rPr>
            </w:pPr>
          </w:p>
        </w:tc>
        <w:tc>
          <w:tcPr>
            <w:tcW w:w="3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sz w:val="20"/>
                <w:szCs w:val="20"/>
              </w:rPr>
            </w:pPr>
          </w:p>
        </w:tc>
      </w:tr>
      <w:tr w:rsidR="001E0D00" w:rsidRPr="00EC0DFF" w:rsidTr="00504BDF">
        <w:trPr>
          <w:trHeight w:val="1132"/>
        </w:trPr>
        <w:tc>
          <w:tcPr>
            <w:tcW w:w="1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3AF" w:rsidRPr="00BB4BFC" w:rsidRDefault="001E0D00" w:rsidP="00D643AF">
            <w:pPr>
              <w:rPr>
                <w:i/>
                <w:iCs/>
                <w:sz w:val="20"/>
                <w:szCs w:val="20"/>
                <w:lang w:val="pl-PL"/>
              </w:rPr>
            </w:pPr>
            <w:r w:rsidRPr="00BB4BFC">
              <w:rPr>
                <w:b/>
                <w:bCs/>
                <w:sz w:val="20"/>
                <w:szCs w:val="20"/>
                <w:lang w:val="pl-PL"/>
              </w:rPr>
              <w:t>Adresa, na ktorej sa fyzická osoba aktuálne zdržiava</w:t>
            </w:r>
            <w:r w:rsidR="00E42FB2" w:rsidRPr="00BB4BFC">
              <w:rPr>
                <w:b/>
                <w:bCs/>
                <w:sz w:val="20"/>
                <w:szCs w:val="20"/>
                <w:lang w:val="pl-PL"/>
              </w:rPr>
              <w:t xml:space="preserve"> </w:t>
            </w:r>
            <w:r w:rsidR="00D643AF" w:rsidRPr="00BB4BFC">
              <w:rPr>
                <w:b/>
                <w:bCs/>
                <w:sz w:val="20"/>
                <w:szCs w:val="20"/>
                <w:lang w:val="pl-PL"/>
              </w:rPr>
              <w:t xml:space="preserve">                                        </w:t>
            </w:r>
            <w:r w:rsidR="00E42FB2" w:rsidRPr="00BB4BFC">
              <w:rPr>
                <w:i/>
                <w:iCs/>
                <w:sz w:val="20"/>
                <w:szCs w:val="20"/>
                <w:lang w:val="pl-PL"/>
              </w:rPr>
              <w:t>(</w:t>
            </w:r>
            <w:r w:rsidRPr="00BB4BFC">
              <w:rPr>
                <w:i/>
                <w:iCs/>
                <w:sz w:val="20"/>
                <w:szCs w:val="20"/>
                <w:lang w:val="pl-PL"/>
              </w:rPr>
              <w:t>napr. zdravotnícke zariadenie, pobyt u príbuzných alebo iná adresa</w:t>
            </w:r>
            <w:r w:rsidR="00E42FB2" w:rsidRPr="00BB4BFC">
              <w:rPr>
                <w:i/>
                <w:iCs/>
                <w:sz w:val="20"/>
                <w:szCs w:val="20"/>
                <w:lang w:val="pl-PL"/>
              </w:rPr>
              <w:t>)</w:t>
            </w:r>
          </w:p>
          <w:p w:rsidR="00D643AF" w:rsidRPr="00BB4BFC" w:rsidRDefault="00D643AF" w:rsidP="00E42FB2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sz w:val="20"/>
                <w:szCs w:val="20"/>
                <w:lang w:val="pl-PL"/>
              </w:rPr>
            </w:pPr>
          </w:p>
        </w:tc>
      </w:tr>
      <w:tr w:rsidR="001E0D00" w:rsidRPr="00EC0DFF" w:rsidTr="00504BDF">
        <w:trPr>
          <w:trHeight w:val="870"/>
        </w:trPr>
        <w:tc>
          <w:tcPr>
            <w:tcW w:w="1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1237" w:rsidRPr="00BB4BFC" w:rsidRDefault="00701237">
            <w:pPr>
              <w:rPr>
                <w:b/>
                <w:bCs/>
                <w:sz w:val="20"/>
                <w:szCs w:val="20"/>
                <w:lang w:val="pl-PL"/>
              </w:rPr>
            </w:pPr>
          </w:p>
          <w:p w:rsidR="001E0D00" w:rsidRPr="00BB4BFC" w:rsidRDefault="001E0D00">
            <w:pPr>
              <w:rPr>
                <w:b/>
                <w:bCs/>
                <w:sz w:val="20"/>
                <w:szCs w:val="20"/>
                <w:lang w:val="pl-PL"/>
              </w:rPr>
            </w:pPr>
            <w:r w:rsidRPr="00BB4BFC">
              <w:rPr>
                <w:b/>
                <w:bCs/>
                <w:sz w:val="20"/>
                <w:szCs w:val="20"/>
                <w:lang w:val="pl-PL"/>
              </w:rPr>
              <w:t>Dôvod, pre ktorý sa fyzická osoba nezdržiava na adrese trvalého pobytu</w:t>
            </w:r>
          </w:p>
          <w:p w:rsidR="00D643AF" w:rsidRPr="00BB4BFC" w:rsidRDefault="00D643AF">
            <w:pPr>
              <w:rPr>
                <w:b/>
                <w:bCs/>
                <w:sz w:val="20"/>
                <w:szCs w:val="20"/>
                <w:lang w:val="pl-PL"/>
              </w:rPr>
            </w:pPr>
          </w:p>
          <w:p w:rsidR="00493927" w:rsidRPr="00BB4BFC" w:rsidRDefault="00493927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sz w:val="20"/>
                <w:szCs w:val="20"/>
                <w:lang w:val="pl-PL"/>
              </w:rPr>
            </w:pPr>
          </w:p>
        </w:tc>
      </w:tr>
      <w:tr w:rsidR="001E0D00" w:rsidRPr="00BB4BFC" w:rsidTr="00504BDF">
        <w:tc>
          <w:tcPr>
            <w:tcW w:w="1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 w:rsidP="002C26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B4BFC">
              <w:rPr>
                <w:b/>
                <w:bCs/>
                <w:sz w:val="20"/>
                <w:szCs w:val="20"/>
              </w:rPr>
              <w:t>Telefón</w:t>
            </w:r>
            <w:proofErr w:type="spellEnd"/>
          </w:p>
          <w:p w:rsidR="00802F57" w:rsidRPr="00BB4BFC" w:rsidRDefault="00802F57" w:rsidP="002C2647">
            <w:pPr>
              <w:rPr>
                <w:b/>
                <w:bCs/>
                <w:sz w:val="20"/>
                <w:szCs w:val="20"/>
              </w:rPr>
            </w:pPr>
          </w:p>
          <w:p w:rsidR="00493927" w:rsidRPr="00BB4BFC" w:rsidRDefault="00493927" w:rsidP="002C2647">
            <w:pPr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3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E0D00" w:rsidRPr="00BB4BFC" w:rsidRDefault="001E0D00">
            <w:pPr>
              <w:rPr>
                <w:sz w:val="20"/>
                <w:szCs w:val="20"/>
              </w:rPr>
            </w:pPr>
          </w:p>
        </w:tc>
      </w:tr>
      <w:tr w:rsidR="00802F57" w:rsidRPr="00BB4BFC" w:rsidTr="00504BDF">
        <w:trPr>
          <w:trHeight w:val="334"/>
        </w:trPr>
        <w:tc>
          <w:tcPr>
            <w:tcW w:w="1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2F57" w:rsidRPr="00BB4BFC" w:rsidRDefault="00802F57" w:rsidP="002C2647">
            <w:pPr>
              <w:rPr>
                <w:b/>
                <w:bCs/>
                <w:sz w:val="20"/>
                <w:szCs w:val="20"/>
              </w:rPr>
            </w:pPr>
            <w:r w:rsidRPr="00BB4BFC">
              <w:rPr>
                <w:b/>
                <w:bCs/>
                <w:sz w:val="20"/>
                <w:szCs w:val="20"/>
              </w:rPr>
              <w:t>E-mail</w:t>
            </w:r>
          </w:p>
          <w:p w:rsidR="00802F57" w:rsidRPr="00BB4BFC" w:rsidRDefault="00802F57" w:rsidP="002C26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2F57" w:rsidRPr="00BB4BFC" w:rsidRDefault="00802F57" w:rsidP="00802F5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643AF" w:rsidRPr="00BB4BFC" w:rsidTr="00504BDF">
        <w:trPr>
          <w:trHeight w:val="256"/>
        </w:trPr>
        <w:tc>
          <w:tcPr>
            <w:tcW w:w="1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43AF" w:rsidRPr="00BB4BFC" w:rsidRDefault="00D643AF" w:rsidP="00D643A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B4BFC">
              <w:rPr>
                <w:b/>
                <w:bCs/>
                <w:sz w:val="20"/>
                <w:szCs w:val="20"/>
              </w:rPr>
              <w:t>Štátna</w:t>
            </w:r>
            <w:proofErr w:type="spellEnd"/>
            <w:r w:rsidRPr="00BB4BF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B4BFC">
              <w:rPr>
                <w:b/>
                <w:bCs/>
                <w:sz w:val="20"/>
                <w:szCs w:val="20"/>
              </w:rPr>
              <w:t>príslušnosť</w:t>
            </w:r>
            <w:proofErr w:type="spellEnd"/>
          </w:p>
          <w:p w:rsidR="00D643AF" w:rsidRPr="00BB4BFC" w:rsidRDefault="00D643AF" w:rsidP="002C26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43AF" w:rsidRPr="00BB4BFC" w:rsidRDefault="00D643AF" w:rsidP="00802F5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643AF" w:rsidRPr="00BB4BFC" w:rsidTr="00504BDF">
        <w:trPr>
          <w:trHeight w:val="292"/>
        </w:trPr>
        <w:tc>
          <w:tcPr>
            <w:tcW w:w="1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43AF" w:rsidRPr="00BB4BFC" w:rsidRDefault="00D643AF" w:rsidP="00D643A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B4BFC">
              <w:rPr>
                <w:b/>
                <w:bCs/>
                <w:sz w:val="20"/>
                <w:szCs w:val="20"/>
              </w:rPr>
              <w:t>Rodinný</w:t>
            </w:r>
            <w:proofErr w:type="spellEnd"/>
            <w:r w:rsidRPr="00BB4BF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B4BFC">
              <w:rPr>
                <w:b/>
                <w:bCs/>
                <w:sz w:val="20"/>
                <w:szCs w:val="20"/>
              </w:rPr>
              <w:t>stav</w:t>
            </w:r>
            <w:proofErr w:type="spellEnd"/>
          </w:p>
          <w:p w:rsidR="00D643AF" w:rsidRPr="00BB4BFC" w:rsidRDefault="00D643AF" w:rsidP="002C26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43AF" w:rsidRPr="00BB4BFC" w:rsidRDefault="00D643AF" w:rsidP="00802F57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0A49B3" w:rsidRPr="00521164" w:rsidRDefault="000A49B3" w:rsidP="00E92967">
      <w:pPr>
        <w:pStyle w:val="Odsekzoznamu"/>
        <w:numPr>
          <w:ilvl w:val="0"/>
          <w:numId w:val="25"/>
        </w:numPr>
        <w:spacing w:line="360" w:lineRule="auto"/>
        <w:ind w:left="284" w:hanging="284"/>
        <w:rPr>
          <w:kern w:val="2"/>
          <w:sz w:val="20"/>
          <w:szCs w:val="20"/>
          <w:lang w:val="sk-SK" w:eastAsia="sk-SK"/>
          <w14:ligatures w14:val="standardContextual"/>
        </w:rPr>
      </w:pPr>
      <w:r w:rsidRPr="00986E54">
        <w:rPr>
          <w:b/>
          <w:bCs/>
          <w:sz w:val="20"/>
          <w:szCs w:val="20"/>
          <w:lang w:val="sk-SK"/>
        </w:rPr>
        <w:t>Bývanie:</w:t>
      </w:r>
      <w:r w:rsidRPr="00986E54">
        <w:rPr>
          <w:sz w:val="20"/>
          <w:szCs w:val="20"/>
          <w:lang w:val="sk-SK"/>
        </w:rPr>
        <w:t xml:space="preserve"> </w:t>
      </w:r>
      <w:r w:rsidR="005C538E" w:rsidRPr="00986E54">
        <w:rPr>
          <w:sz w:val="20"/>
          <w:szCs w:val="20"/>
          <w:lang w:val="sk-SK"/>
        </w:rPr>
        <w:t xml:space="preserve"> </w:t>
      </w:r>
      <w:r w:rsidR="00B741E4" w:rsidRPr="00986E54">
        <w:rPr>
          <w:sz w:val="20"/>
          <w:szCs w:val="20"/>
          <w:lang w:val="sk-SK"/>
        </w:rPr>
        <w:t xml:space="preserve"> </w:t>
      </w:r>
      <w:r w:rsidR="00D6013F" w:rsidRPr="00986E54">
        <w:rPr>
          <w:sz w:val="20"/>
          <w:szCs w:val="20"/>
          <w:lang w:val="sk-SK"/>
        </w:rPr>
        <w:t xml:space="preserve"> </w:t>
      </w:r>
      <w:r w:rsidRPr="00986E54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986E54">
        <w:rPr>
          <w:sz w:val="20"/>
          <w:szCs w:val="20"/>
          <w:lang w:val="sk-SK"/>
        </w:rPr>
        <w:t xml:space="preserve"> vlastn</w:t>
      </w:r>
      <w:r w:rsidRPr="00986E54">
        <w:rPr>
          <w:rFonts w:ascii="Cambria" w:hAnsi="Cambria" w:cs="Cambria"/>
          <w:sz w:val="20"/>
          <w:szCs w:val="20"/>
          <w:lang w:val="sk-SK"/>
        </w:rPr>
        <w:t>é</w:t>
      </w:r>
      <w:r w:rsidRPr="00986E54">
        <w:rPr>
          <w:sz w:val="20"/>
          <w:szCs w:val="20"/>
          <w:lang w:val="sk-SK"/>
        </w:rPr>
        <w:t xml:space="preserve"> </w:t>
      </w:r>
      <w:r w:rsidR="005C538E" w:rsidRPr="00986E54">
        <w:rPr>
          <w:sz w:val="20"/>
          <w:szCs w:val="20"/>
          <w:lang w:val="sk-SK"/>
        </w:rPr>
        <w:t xml:space="preserve">            </w:t>
      </w:r>
      <w:r w:rsidR="00E92967" w:rsidRPr="00986E54">
        <w:rPr>
          <w:sz w:val="20"/>
          <w:szCs w:val="20"/>
          <w:lang w:val="sk-SK"/>
        </w:rPr>
        <w:tab/>
      </w:r>
      <w:r w:rsidR="008863F2">
        <w:rPr>
          <w:sz w:val="20"/>
          <w:szCs w:val="20"/>
          <w:lang w:val="sk-SK"/>
        </w:rPr>
        <w:t xml:space="preserve"> </w:t>
      </w:r>
      <w:r w:rsidRPr="00986E54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986E54">
        <w:rPr>
          <w:sz w:val="20"/>
          <w:szCs w:val="20"/>
          <w:lang w:val="sk-SK"/>
        </w:rPr>
        <w:t xml:space="preserve"> podn</w:t>
      </w:r>
      <w:r w:rsidRPr="00986E54">
        <w:rPr>
          <w:rFonts w:ascii="Cambria" w:hAnsi="Cambria" w:cs="Cambria"/>
          <w:sz w:val="20"/>
          <w:szCs w:val="20"/>
          <w:lang w:val="sk-SK"/>
        </w:rPr>
        <w:t>á</w:t>
      </w:r>
      <w:r w:rsidRPr="00986E54">
        <w:rPr>
          <w:sz w:val="20"/>
          <w:szCs w:val="20"/>
          <w:lang w:val="sk-SK"/>
        </w:rPr>
        <w:t xml:space="preserve">jom </w:t>
      </w:r>
      <w:r w:rsidR="005C538E" w:rsidRPr="00986E54">
        <w:rPr>
          <w:sz w:val="20"/>
          <w:szCs w:val="20"/>
          <w:lang w:val="sk-SK"/>
        </w:rPr>
        <w:t xml:space="preserve">            </w:t>
      </w:r>
      <w:r w:rsidR="00D72310">
        <w:rPr>
          <w:sz w:val="20"/>
          <w:szCs w:val="20"/>
          <w:lang w:val="sk-SK"/>
        </w:rPr>
        <w:t xml:space="preserve">   </w:t>
      </w:r>
      <w:r w:rsidRPr="00986E54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986E54">
        <w:rPr>
          <w:sz w:val="20"/>
          <w:szCs w:val="20"/>
          <w:lang w:val="sk-SK"/>
        </w:rPr>
        <w:t xml:space="preserve"> nevyhovuj</w:t>
      </w:r>
      <w:r w:rsidRPr="00986E54">
        <w:rPr>
          <w:rFonts w:ascii="Cambria" w:hAnsi="Cambria" w:cs="Cambria"/>
          <w:sz w:val="20"/>
          <w:szCs w:val="20"/>
          <w:lang w:val="sk-SK"/>
        </w:rPr>
        <w:t>ú</w:t>
      </w:r>
      <w:r w:rsidRPr="00986E54">
        <w:rPr>
          <w:sz w:val="20"/>
          <w:szCs w:val="20"/>
          <w:lang w:val="sk-SK"/>
        </w:rPr>
        <w:t xml:space="preserve">ce </w:t>
      </w:r>
      <w:r w:rsidR="005C538E" w:rsidRPr="00986E54">
        <w:rPr>
          <w:sz w:val="20"/>
          <w:szCs w:val="20"/>
          <w:lang w:val="sk-SK"/>
        </w:rPr>
        <w:t xml:space="preserve">               </w:t>
      </w:r>
      <w:r w:rsidR="00E92967" w:rsidRPr="00986E54">
        <w:rPr>
          <w:sz w:val="20"/>
          <w:szCs w:val="20"/>
          <w:lang w:val="sk-SK"/>
        </w:rPr>
        <w:tab/>
        <w:t xml:space="preserve"> </w:t>
      </w:r>
      <w:r w:rsidRPr="00986E54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986E54">
        <w:rPr>
          <w:sz w:val="20"/>
          <w:szCs w:val="20"/>
          <w:lang w:val="sk-SK"/>
        </w:rPr>
        <w:t xml:space="preserve"> bez</w:t>
      </w:r>
      <w:r w:rsidR="00D61C5E" w:rsidRPr="00986E54">
        <w:rPr>
          <w:sz w:val="20"/>
          <w:szCs w:val="20"/>
          <w:lang w:val="sk-SK"/>
        </w:rPr>
        <w:t xml:space="preserve"> </w:t>
      </w:r>
      <w:r w:rsidRPr="00986E54">
        <w:rPr>
          <w:sz w:val="20"/>
          <w:szCs w:val="20"/>
          <w:lang w:val="sk-SK"/>
        </w:rPr>
        <w:t>domov</w:t>
      </w:r>
      <w:r w:rsidR="00D61C5E" w:rsidRPr="00986E54">
        <w:rPr>
          <w:sz w:val="20"/>
          <w:szCs w:val="20"/>
          <w:lang w:val="sk-SK"/>
        </w:rPr>
        <w:t>a</w:t>
      </w:r>
    </w:p>
    <w:p w:rsidR="0076170A" w:rsidRPr="00521164" w:rsidRDefault="000A49B3" w:rsidP="00E92967">
      <w:pPr>
        <w:pStyle w:val="Odsekzoznamu"/>
        <w:numPr>
          <w:ilvl w:val="0"/>
          <w:numId w:val="25"/>
        </w:numPr>
        <w:spacing w:after="0" w:line="360" w:lineRule="auto"/>
        <w:ind w:left="284" w:hanging="284"/>
        <w:rPr>
          <w:sz w:val="20"/>
          <w:szCs w:val="20"/>
          <w:lang w:val="sk-SK"/>
        </w:rPr>
      </w:pPr>
      <w:r w:rsidRPr="00521164">
        <w:rPr>
          <w:b/>
          <w:bCs/>
          <w:sz w:val="20"/>
          <w:szCs w:val="20"/>
          <w:lang w:val="sk-SK"/>
        </w:rPr>
        <w:t>Príjem:</w:t>
      </w:r>
      <w:r w:rsidRPr="00521164">
        <w:rPr>
          <w:sz w:val="20"/>
          <w:szCs w:val="20"/>
          <w:lang w:val="sk-SK"/>
        </w:rPr>
        <w:t xml:space="preserve"> </w:t>
      </w:r>
      <w:r w:rsidR="005C538E" w:rsidRPr="00521164">
        <w:rPr>
          <w:sz w:val="20"/>
          <w:szCs w:val="20"/>
          <w:lang w:val="sk-SK"/>
        </w:rPr>
        <w:t xml:space="preserve">    </w:t>
      </w:r>
      <w:r w:rsidR="00D6013F" w:rsidRPr="00521164">
        <w:rPr>
          <w:sz w:val="20"/>
          <w:szCs w:val="20"/>
          <w:lang w:val="sk-SK"/>
        </w:rPr>
        <w:t xml:space="preserve"> </w:t>
      </w:r>
      <w:r w:rsidRPr="00521164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521164">
        <w:rPr>
          <w:sz w:val="20"/>
          <w:szCs w:val="20"/>
          <w:lang w:val="sk-SK"/>
        </w:rPr>
        <w:t xml:space="preserve"> d</w:t>
      </w:r>
      <w:r w:rsidRPr="00521164">
        <w:rPr>
          <w:rFonts w:ascii="Cambria" w:hAnsi="Cambria" w:cs="Cambria"/>
          <w:sz w:val="20"/>
          <w:szCs w:val="20"/>
          <w:lang w:val="sk-SK"/>
        </w:rPr>
        <w:t>ô</w:t>
      </w:r>
      <w:r w:rsidRPr="00521164">
        <w:rPr>
          <w:sz w:val="20"/>
          <w:szCs w:val="20"/>
          <w:lang w:val="sk-SK"/>
        </w:rPr>
        <w:t xml:space="preserve">chodok </w:t>
      </w:r>
      <w:r w:rsidR="005C538E" w:rsidRPr="00521164">
        <w:rPr>
          <w:sz w:val="20"/>
          <w:szCs w:val="20"/>
          <w:lang w:val="sk-SK"/>
        </w:rPr>
        <w:t xml:space="preserve">      </w:t>
      </w:r>
      <w:r w:rsidR="00B741E4" w:rsidRPr="00521164">
        <w:rPr>
          <w:sz w:val="20"/>
          <w:szCs w:val="20"/>
          <w:lang w:val="sk-SK"/>
        </w:rPr>
        <w:t xml:space="preserve"> </w:t>
      </w:r>
      <w:r w:rsidR="00D72310">
        <w:rPr>
          <w:sz w:val="20"/>
          <w:szCs w:val="20"/>
          <w:lang w:val="sk-SK"/>
        </w:rPr>
        <w:t xml:space="preserve">      </w:t>
      </w:r>
      <w:r w:rsidRPr="00521164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521164">
        <w:rPr>
          <w:sz w:val="20"/>
          <w:szCs w:val="20"/>
          <w:lang w:val="sk-SK"/>
        </w:rPr>
        <w:t xml:space="preserve"> </w:t>
      </w:r>
      <w:r w:rsidR="005C538E" w:rsidRPr="00521164">
        <w:rPr>
          <w:sz w:val="20"/>
          <w:szCs w:val="20"/>
          <w:lang w:val="sk-SK"/>
        </w:rPr>
        <w:t xml:space="preserve">sociálne </w:t>
      </w:r>
      <w:r w:rsidRPr="00521164">
        <w:rPr>
          <w:sz w:val="20"/>
          <w:szCs w:val="20"/>
          <w:lang w:val="sk-SK"/>
        </w:rPr>
        <w:t>d</w:t>
      </w:r>
      <w:r w:rsidRPr="00521164">
        <w:rPr>
          <w:rFonts w:ascii="Cambria" w:hAnsi="Cambria" w:cs="Cambria"/>
          <w:sz w:val="20"/>
          <w:szCs w:val="20"/>
          <w:lang w:val="sk-SK"/>
        </w:rPr>
        <w:t>á</w:t>
      </w:r>
      <w:r w:rsidRPr="00521164">
        <w:rPr>
          <w:sz w:val="20"/>
          <w:szCs w:val="20"/>
          <w:lang w:val="sk-SK"/>
        </w:rPr>
        <w:t xml:space="preserve">vky </w:t>
      </w:r>
      <w:r w:rsidR="005C538E" w:rsidRPr="00521164">
        <w:rPr>
          <w:sz w:val="20"/>
          <w:szCs w:val="20"/>
          <w:lang w:val="sk-SK"/>
        </w:rPr>
        <w:t xml:space="preserve">     </w:t>
      </w:r>
      <w:r w:rsidR="008863F2">
        <w:rPr>
          <w:sz w:val="20"/>
          <w:szCs w:val="20"/>
          <w:lang w:val="sk-SK"/>
        </w:rPr>
        <w:t xml:space="preserve">  </w:t>
      </w:r>
      <w:r w:rsidRPr="00521164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521164">
        <w:rPr>
          <w:sz w:val="20"/>
          <w:szCs w:val="20"/>
          <w:lang w:val="sk-SK"/>
        </w:rPr>
        <w:t xml:space="preserve"> bez pr</w:t>
      </w:r>
      <w:r w:rsidRPr="00521164">
        <w:rPr>
          <w:rFonts w:ascii="Cambria" w:hAnsi="Cambria" w:cs="Cambria"/>
          <w:sz w:val="20"/>
          <w:szCs w:val="20"/>
          <w:lang w:val="sk-SK"/>
        </w:rPr>
        <w:t>í</w:t>
      </w:r>
      <w:r w:rsidRPr="00521164">
        <w:rPr>
          <w:sz w:val="20"/>
          <w:szCs w:val="20"/>
          <w:lang w:val="sk-SK"/>
        </w:rPr>
        <w:t>jmu</w:t>
      </w:r>
      <w:r w:rsidR="005C538E" w:rsidRPr="00521164">
        <w:rPr>
          <w:sz w:val="20"/>
          <w:szCs w:val="20"/>
          <w:lang w:val="sk-SK"/>
        </w:rPr>
        <w:tab/>
        <w:t xml:space="preserve">      </w:t>
      </w:r>
      <w:r w:rsidR="0076170A" w:rsidRPr="00521164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="0076170A" w:rsidRPr="00521164">
        <w:rPr>
          <w:sz w:val="20"/>
          <w:szCs w:val="20"/>
          <w:lang w:val="sk-SK"/>
        </w:rPr>
        <w:t xml:space="preserve"> iné:_____________________</w:t>
      </w:r>
      <w:r w:rsidR="004E3508" w:rsidRPr="00521164">
        <w:rPr>
          <w:sz w:val="20"/>
          <w:szCs w:val="20"/>
          <w:lang w:val="sk-SK"/>
        </w:rPr>
        <w:t>______</w:t>
      </w:r>
    </w:p>
    <w:p w:rsidR="000A49B3" w:rsidRPr="00BB4BFC" w:rsidRDefault="005C538E" w:rsidP="00E92967">
      <w:pPr>
        <w:spacing w:after="0" w:line="360" w:lineRule="auto"/>
        <w:ind w:firstLine="284"/>
        <w:rPr>
          <w:b/>
          <w:bCs/>
          <w:sz w:val="20"/>
          <w:szCs w:val="20"/>
          <w:lang w:val="sk-SK"/>
        </w:rPr>
      </w:pPr>
      <w:r w:rsidRPr="00BB4BFC">
        <w:rPr>
          <w:b/>
          <w:bCs/>
          <w:sz w:val="20"/>
          <w:szCs w:val="20"/>
          <w:lang w:val="sk-SK"/>
        </w:rPr>
        <w:t>Presná suma</w:t>
      </w:r>
      <w:r w:rsidR="0076170A" w:rsidRPr="00BB4BFC">
        <w:rPr>
          <w:b/>
          <w:bCs/>
          <w:sz w:val="20"/>
          <w:szCs w:val="20"/>
          <w:lang w:val="sk-SK"/>
        </w:rPr>
        <w:t xml:space="preserve"> príjmu</w:t>
      </w:r>
      <w:r w:rsidRPr="00BB4BFC">
        <w:rPr>
          <w:b/>
          <w:bCs/>
          <w:sz w:val="20"/>
          <w:szCs w:val="20"/>
          <w:lang w:val="sk-SK"/>
        </w:rPr>
        <w:t>:</w:t>
      </w:r>
      <w:r w:rsidR="0076170A" w:rsidRPr="00BB4BFC">
        <w:rPr>
          <w:b/>
          <w:bCs/>
          <w:sz w:val="20"/>
          <w:szCs w:val="20"/>
          <w:lang w:val="sk-SK"/>
        </w:rPr>
        <w:t>________________________ EUR</w:t>
      </w:r>
    </w:p>
    <w:p w:rsidR="00694EEE" w:rsidRPr="00E92967" w:rsidRDefault="00694EEE" w:rsidP="00E92967">
      <w:pPr>
        <w:pStyle w:val="Odsekzoznamu"/>
        <w:numPr>
          <w:ilvl w:val="0"/>
          <w:numId w:val="26"/>
        </w:numPr>
        <w:spacing w:after="120" w:line="360" w:lineRule="auto"/>
        <w:ind w:left="284" w:hanging="284"/>
        <w:rPr>
          <w:sz w:val="20"/>
          <w:szCs w:val="20"/>
          <w:lang w:val="sk-SK"/>
        </w:rPr>
      </w:pPr>
      <w:r w:rsidRPr="00E92967">
        <w:rPr>
          <w:b/>
          <w:bCs/>
          <w:sz w:val="20"/>
          <w:szCs w:val="20"/>
          <w:lang w:val="sk-SK"/>
        </w:rPr>
        <w:t>Obmedzenie spôsobilosti na právne úkony:</w:t>
      </w:r>
      <w:r w:rsidRPr="00E92967">
        <w:rPr>
          <w:sz w:val="20"/>
          <w:szCs w:val="20"/>
          <w:lang w:val="sk-SK"/>
        </w:rPr>
        <w:t xml:space="preserve"> </w:t>
      </w:r>
      <w:r w:rsidR="000E0200" w:rsidRPr="00E92967">
        <w:rPr>
          <w:sz w:val="20"/>
          <w:szCs w:val="20"/>
          <w:lang w:val="sk-SK"/>
        </w:rPr>
        <w:t xml:space="preserve">         </w:t>
      </w:r>
      <w:r w:rsidRPr="00E92967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E92967">
        <w:rPr>
          <w:sz w:val="20"/>
          <w:szCs w:val="20"/>
          <w:lang w:val="sk-SK"/>
        </w:rPr>
        <w:t xml:space="preserve"> áno </w:t>
      </w:r>
      <w:r w:rsidR="000E0200" w:rsidRPr="00E92967">
        <w:rPr>
          <w:sz w:val="20"/>
          <w:szCs w:val="20"/>
          <w:lang w:val="sk-SK"/>
        </w:rPr>
        <w:t xml:space="preserve">                   </w:t>
      </w:r>
      <w:r w:rsidRPr="00E92967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E92967">
        <w:rPr>
          <w:sz w:val="20"/>
          <w:szCs w:val="20"/>
          <w:lang w:val="sk-SK"/>
        </w:rPr>
        <w:t xml:space="preserve"> nie</w:t>
      </w:r>
    </w:p>
    <w:p w:rsidR="00B51BF0" w:rsidRPr="001C6C7F" w:rsidRDefault="00B51BF0" w:rsidP="00E92967">
      <w:pPr>
        <w:pStyle w:val="Odsekzoznamu"/>
        <w:numPr>
          <w:ilvl w:val="0"/>
          <w:numId w:val="26"/>
        </w:numPr>
        <w:spacing w:before="120" w:after="120" w:line="360" w:lineRule="auto"/>
        <w:ind w:left="284" w:hanging="284"/>
        <w:rPr>
          <w:kern w:val="2"/>
          <w:sz w:val="20"/>
          <w:szCs w:val="20"/>
          <w:lang w:val="sk-SK" w:eastAsia="sk-SK"/>
          <w14:ligatures w14:val="standardContextual"/>
        </w:rPr>
      </w:pPr>
      <w:r w:rsidRPr="00E92967">
        <w:rPr>
          <w:b/>
          <w:bCs/>
          <w:sz w:val="20"/>
          <w:szCs w:val="20"/>
          <w:lang w:val="sk-SK"/>
        </w:rPr>
        <w:t>Zákonný zástupca / súdom ustanovený opatrovník</w:t>
      </w:r>
      <w:r w:rsidR="001C6C7F">
        <w:rPr>
          <w:b/>
          <w:bCs/>
          <w:sz w:val="20"/>
          <w:szCs w:val="20"/>
          <w:lang w:val="sk-SK"/>
        </w:rPr>
        <w:t xml:space="preserve"> </w:t>
      </w:r>
      <w:r w:rsidRPr="00E92967">
        <w:rPr>
          <w:b/>
          <w:bCs/>
          <w:sz w:val="20"/>
          <w:szCs w:val="20"/>
          <w:lang w:val="sk-SK"/>
        </w:rPr>
        <w:t>(adresa, dátum narodenia, tel</w:t>
      </w:r>
      <w:r w:rsidR="001C6C7F">
        <w:rPr>
          <w:b/>
          <w:bCs/>
          <w:sz w:val="20"/>
          <w:szCs w:val="20"/>
          <w:lang w:val="sk-SK"/>
        </w:rPr>
        <w:t xml:space="preserve">. </w:t>
      </w:r>
      <w:r w:rsidRPr="00E92967">
        <w:rPr>
          <w:b/>
          <w:bCs/>
          <w:sz w:val="20"/>
          <w:szCs w:val="20"/>
          <w:lang w:val="sk-SK"/>
        </w:rPr>
        <w:t>kontakt):</w:t>
      </w:r>
    </w:p>
    <w:p w:rsidR="001C6C7F" w:rsidRDefault="001C6C7F" w:rsidP="00D72310">
      <w:pPr>
        <w:pStyle w:val="Odsekzoznamu"/>
        <w:spacing w:before="120" w:after="120" w:line="360" w:lineRule="auto"/>
        <w:ind w:left="284"/>
        <w:rPr>
          <w:kern w:val="2"/>
          <w:sz w:val="20"/>
          <w:szCs w:val="20"/>
          <w:lang w:val="sk-SK" w:eastAsia="sk-SK"/>
          <w14:ligatures w14:val="standardContextual"/>
        </w:rPr>
      </w:pPr>
    </w:p>
    <w:p w:rsidR="008863F2" w:rsidRPr="00E92967" w:rsidRDefault="008863F2" w:rsidP="00D72310">
      <w:pPr>
        <w:pStyle w:val="Odsekzoznamu"/>
        <w:spacing w:before="120" w:after="120" w:line="360" w:lineRule="auto"/>
        <w:ind w:left="284"/>
        <w:rPr>
          <w:kern w:val="2"/>
          <w:sz w:val="20"/>
          <w:szCs w:val="20"/>
          <w:lang w:val="sk-SK" w:eastAsia="sk-SK"/>
          <w14:ligatures w14:val="standardContextual"/>
        </w:rPr>
      </w:pPr>
    </w:p>
    <w:p w:rsidR="00E92967" w:rsidRPr="00E92967" w:rsidRDefault="00E92967" w:rsidP="00E92967">
      <w:pPr>
        <w:pStyle w:val="Odsekzoznamu"/>
        <w:spacing w:before="120" w:after="120"/>
        <w:ind w:left="284"/>
        <w:rPr>
          <w:kern w:val="2"/>
          <w:sz w:val="20"/>
          <w:szCs w:val="20"/>
          <w:lang w:val="sk-SK" w:eastAsia="sk-SK"/>
          <w14:ligatures w14:val="standardContextual"/>
        </w:rPr>
      </w:pPr>
    </w:p>
    <w:p w:rsidR="00F368CE" w:rsidRPr="00E92967" w:rsidRDefault="00C053BD" w:rsidP="00415217">
      <w:pPr>
        <w:pStyle w:val="Odsekzoznamu"/>
        <w:numPr>
          <w:ilvl w:val="0"/>
          <w:numId w:val="26"/>
        </w:numPr>
        <w:spacing w:before="120" w:after="0" w:line="240" w:lineRule="auto"/>
        <w:ind w:left="284" w:hanging="284"/>
        <w:rPr>
          <w:sz w:val="20"/>
          <w:szCs w:val="20"/>
          <w:lang w:val="sk-SK"/>
        </w:rPr>
      </w:pPr>
      <w:r w:rsidRPr="00E92967">
        <w:rPr>
          <w:b/>
          <w:bCs/>
          <w:sz w:val="20"/>
          <w:szCs w:val="20"/>
          <w:lang w:val="sk-SK"/>
        </w:rPr>
        <w:t xml:space="preserve">Požadovaný druh sociálnej </w:t>
      </w:r>
      <w:r w:rsidR="00216BD7" w:rsidRPr="00E92967">
        <w:rPr>
          <w:b/>
          <w:bCs/>
          <w:sz w:val="20"/>
          <w:szCs w:val="20"/>
          <w:lang w:val="sk-SK"/>
        </w:rPr>
        <w:t>služby</w:t>
      </w:r>
      <w:r w:rsidR="000F04E0" w:rsidRPr="00E92967">
        <w:rPr>
          <w:b/>
          <w:bCs/>
          <w:sz w:val="20"/>
          <w:szCs w:val="20"/>
          <w:lang w:val="sk-SK"/>
        </w:rPr>
        <w:t xml:space="preserve"> (</w:t>
      </w:r>
      <w:r w:rsidR="00216BD7" w:rsidRPr="00E92967">
        <w:rPr>
          <w:b/>
          <w:bCs/>
          <w:sz w:val="20"/>
          <w:szCs w:val="20"/>
          <w:lang w:val="sk-SK"/>
        </w:rPr>
        <w:t>podľa vydaného právoplatného integrovaného posudku, alebo rozhodnutia o odkázanosti na sociálnu službu</w:t>
      </w:r>
      <w:r w:rsidR="000F04E0" w:rsidRPr="00E92967">
        <w:rPr>
          <w:b/>
          <w:bCs/>
          <w:sz w:val="20"/>
          <w:szCs w:val="20"/>
          <w:lang w:val="sk-SK"/>
        </w:rPr>
        <w:t>)</w:t>
      </w:r>
      <w:r w:rsidRPr="00E92967">
        <w:rPr>
          <w:b/>
          <w:bCs/>
          <w:sz w:val="20"/>
          <w:szCs w:val="20"/>
          <w:lang w:val="sk-SK"/>
        </w:rPr>
        <w:t>:</w:t>
      </w:r>
      <w:r w:rsidRPr="00E92967">
        <w:rPr>
          <w:sz w:val="20"/>
          <w:szCs w:val="20"/>
          <w:lang w:val="sk-SK"/>
        </w:rPr>
        <w:t xml:space="preserve"> </w:t>
      </w:r>
      <w:r w:rsidR="00F368CE" w:rsidRPr="00E92967">
        <w:rPr>
          <w:sz w:val="20"/>
          <w:szCs w:val="20"/>
          <w:lang w:val="sk-SK"/>
        </w:rPr>
        <w:t xml:space="preserve"> </w:t>
      </w:r>
    </w:p>
    <w:p w:rsidR="00B2368B" w:rsidRPr="00BB4BFC" w:rsidRDefault="00B2368B" w:rsidP="00415217">
      <w:pPr>
        <w:spacing w:before="120" w:after="0" w:line="360" w:lineRule="auto"/>
        <w:ind w:firstLine="284"/>
        <w:rPr>
          <w:kern w:val="2"/>
          <w:sz w:val="20"/>
          <w:szCs w:val="20"/>
          <w:lang w:val="sk-SK" w:eastAsia="sk-SK"/>
          <w14:ligatures w14:val="standardContextual"/>
        </w:rPr>
      </w:pPr>
      <w:r w:rsidRPr="00BB4BFC">
        <w:rPr>
          <w:rFonts w:ascii="Segoe UI Symbol" w:hAnsi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špecializované zariadenie       </w:t>
      </w:r>
      <w:r w:rsidR="00E92967">
        <w:rPr>
          <w:sz w:val="20"/>
          <w:szCs w:val="20"/>
          <w:lang w:val="sk-SK"/>
        </w:rPr>
        <w:tab/>
      </w:r>
      <w:r w:rsidRPr="00BB4BFC">
        <w:rPr>
          <w:sz w:val="20"/>
          <w:szCs w:val="20"/>
          <w:lang w:val="sk-SK"/>
        </w:rPr>
        <w:t xml:space="preserve"> </w:t>
      </w:r>
      <w:r w:rsidRPr="00BB4BFC">
        <w:rPr>
          <w:rFonts w:ascii="Segoe UI Symbol" w:hAnsi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zariadenie pre seniorov        </w:t>
      </w:r>
      <w:r w:rsidR="00E92967">
        <w:rPr>
          <w:sz w:val="20"/>
          <w:szCs w:val="20"/>
          <w:lang w:val="sk-SK"/>
        </w:rPr>
        <w:tab/>
      </w:r>
      <w:r w:rsidRPr="00BB4BFC">
        <w:rPr>
          <w:rFonts w:ascii="Segoe UI Symbol" w:hAnsi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domov sociálnych služieb</w:t>
      </w:r>
    </w:p>
    <w:p w:rsidR="00B2368B" w:rsidRPr="00BB4BFC" w:rsidRDefault="00B2368B" w:rsidP="00E92967">
      <w:pPr>
        <w:ind w:firstLine="284"/>
        <w:rPr>
          <w:sz w:val="20"/>
          <w:szCs w:val="20"/>
          <w:lang w:val="sk-SK"/>
        </w:rPr>
      </w:pPr>
      <w:r w:rsidRPr="00BB4BFC">
        <w:rPr>
          <w:rFonts w:ascii="Segoe UI Symbol" w:hAnsi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zariadenie podporovaného bývania        </w:t>
      </w:r>
      <w:r w:rsidRPr="00BB4BFC">
        <w:rPr>
          <w:rFonts w:ascii="Segoe UI Symbol" w:hAnsi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zariadenie opatrovateľskej služby</w:t>
      </w:r>
    </w:p>
    <w:p w:rsidR="00A82C64" w:rsidRPr="00E92967" w:rsidRDefault="0099532C" w:rsidP="00E92967">
      <w:pPr>
        <w:pStyle w:val="Odsekzoznamu"/>
        <w:numPr>
          <w:ilvl w:val="0"/>
          <w:numId w:val="27"/>
        </w:numPr>
        <w:spacing w:after="0" w:line="360" w:lineRule="auto"/>
        <w:ind w:left="284" w:hanging="284"/>
        <w:rPr>
          <w:sz w:val="20"/>
          <w:szCs w:val="20"/>
          <w:lang w:val="sk-SK"/>
        </w:rPr>
      </w:pPr>
      <w:r w:rsidRPr="00E92967">
        <w:rPr>
          <w:b/>
          <w:bCs/>
          <w:sz w:val="20"/>
          <w:szCs w:val="20"/>
          <w:lang w:val="sk-SK"/>
        </w:rPr>
        <w:t>Požadovaná forma sociálnej služby:</w:t>
      </w:r>
      <w:r w:rsidRPr="00E92967">
        <w:rPr>
          <w:sz w:val="20"/>
          <w:szCs w:val="20"/>
          <w:lang w:val="sk-SK"/>
        </w:rPr>
        <w:t xml:space="preserve">   </w:t>
      </w:r>
    </w:p>
    <w:p w:rsidR="0099532C" w:rsidRPr="00BB4BFC" w:rsidRDefault="0099532C" w:rsidP="00E92967">
      <w:pPr>
        <w:spacing w:after="120" w:line="480" w:lineRule="auto"/>
        <w:ind w:firstLine="284"/>
        <w:rPr>
          <w:kern w:val="2"/>
          <w:sz w:val="20"/>
          <w:szCs w:val="20"/>
          <w:lang w:val="sk-SK" w:eastAsia="sk-SK"/>
          <w14:ligatures w14:val="standardContextual"/>
        </w:rPr>
      </w:pPr>
      <w:r w:rsidRPr="00BB4BFC">
        <w:rPr>
          <w:rFonts w:ascii="Segoe UI Symbol" w:hAnsi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ambulantná  </w:t>
      </w:r>
      <w:r w:rsidR="00A82C64" w:rsidRPr="00BB4BFC">
        <w:rPr>
          <w:sz w:val="20"/>
          <w:szCs w:val="20"/>
          <w:lang w:val="sk-SK"/>
        </w:rPr>
        <w:t xml:space="preserve">                                    </w:t>
      </w:r>
      <w:r w:rsidRPr="00BB4BFC">
        <w:rPr>
          <w:rFonts w:ascii="Segoe UI Symbol" w:hAnsi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pobytová týždenná   </w:t>
      </w:r>
      <w:r w:rsidR="00A82C64" w:rsidRPr="00BB4BFC">
        <w:rPr>
          <w:sz w:val="20"/>
          <w:szCs w:val="20"/>
          <w:lang w:val="sk-SK"/>
        </w:rPr>
        <w:t xml:space="preserve">                   </w:t>
      </w:r>
      <w:r w:rsidRPr="00BB4BFC">
        <w:rPr>
          <w:rFonts w:ascii="Segoe UI Symbol" w:hAnsi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pobytová celoročná</w:t>
      </w:r>
    </w:p>
    <w:p w:rsidR="00C62B4D" w:rsidRDefault="00C62B4D" w:rsidP="00E92967">
      <w:pPr>
        <w:pStyle w:val="Odsekzoznamu"/>
        <w:numPr>
          <w:ilvl w:val="0"/>
          <w:numId w:val="27"/>
        </w:numPr>
        <w:spacing w:after="120" w:line="480" w:lineRule="auto"/>
        <w:ind w:left="284" w:hanging="284"/>
        <w:rPr>
          <w:b/>
          <w:bCs/>
          <w:sz w:val="20"/>
          <w:szCs w:val="20"/>
          <w:lang w:val="sk-SK"/>
        </w:rPr>
      </w:pPr>
      <w:r w:rsidRPr="00E92967">
        <w:rPr>
          <w:b/>
          <w:bCs/>
          <w:sz w:val="20"/>
          <w:szCs w:val="20"/>
          <w:lang w:val="sk-SK"/>
        </w:rPr>
        <w:t xml:space="preserve">Predpokladaný dátum začatia poskytovania sociálnej </w:t>
      </w:r>
      <w:r w:rsidR="00576707" w:rsidRPr="00E92967">
        <w:rPr>
          <w:b/>
          <w:bCs/>
          <w:sz w:val="20"/>
          <w:szCs w:val="20"/>
          <w:lang w:val="sk-SK"/>
        </w:rPr>
        <w:t>sl</w:t>
      </w:r>
      <w:r w:rsidR="00694EEE" w:rsidRPr="00E92967">
        <w:rPr>
          <w:b/>
          <w:bCs/>
          <w:sz w:val="20"/>
          <w:szCs w:val="20"/>
          <w:lang w:val="sk-SK"/>
        </w:rPr>
        <w:t>u</w:t>
      </w:r>
      <w:r w:rsidR="00681B32" w:rsidRPr="00E92967">
        <w:rPr>
          <w:b/>
          <w:bCs/>
          <w:sz w:val="20"/>
          <w:szCs w:val="20"/>
          <w:lang w:val="sk-SK"/>
        </w:rPr>
        <w:t>ž</w:t>
      </w:r>
      <w:r w:rsidR="00694EEE" w:rsidRPr="00E92967">
        <w:rPr>
          <w:b/>
          <w:bCs/>
          <w:sz w:val="20"/>
          <w:szCs w:val="20"/>
          <w:lang w:val="sk-SK"/>
        </w:rPr>
        <w:t>by:</w:t>
      </w:r>
    </w:p>
    <w:p w:rsidR="00480046" w:rsidRPr="00BB4BFC" w:rsidRDefault="00480046" w:rsidP="004E3508">
      <w:pPr>
        <w:pStyle w:val="Odsekzoznamu"/>
        <w:numPr>
          <w:ilvl w:val="0"/>
          <w:numId w:val="14"/>
        </w:numPr>
        <w:tabs>
          <w:tab w:val="left" w:pos="284"/>
          <w:tab w:val="left" w:pos="851"/>
        </w:tabs>
        <w:spacing w:after="280"/>
        <w:ind w:left="0" w:firstLine="0"/>
        <w:rPr>
          <w:sz w:val="20"/>
          <w:szCs w:val="20"/>
          <w:lang w:val="sk-SK"/>
        </w:rPr>
      </w:pPr>
      <w:r w:rsidRPr="00BB4BFC">
        <w:rPr>
          <w:b/>
          <w:bCs/>
          <w:color w:val="215E99"/>
          <w:sz w:val="20"/>
          <w:szCs w:val="20"/>
          <w:lang w:val="sk-SK"/>
        </w:rPr>
        <w:t>Údaje o žiadateľovi (ak podáva žiadosť iná</w:t>
      </w:r>
      <w:r w:rsidR="00216BD7" w:rsidRPr="00BB4BFC">
        <w:rPr>
          <w:b/>
          <w:bCs/>
          <w:color w:val="215E99"/>
          <w:sz w:val="20"/>
          <w:szCs w:val="20"/>
          <w:lang w:val="sk-SK"/>
        </w:rPr>
        <w:t xml:space="preserve"> fyzická</w:t>
      </w:r>
      <w:r w:rsidRPr="00BB4BFC">
        <w:rPr>
          <w:b/>
          <w:bCs/>
          <w:color w:val="215E99"/>
          <w:sz w:val="20"/>
          <w:szCs w:val="20"/>
          <w:lang w:val="sk-SK"/>
        </w:rPr>
        <w:t xml:space="preserve"> osoba)</w:t>
      </w:r>
    </w:p>
    <w:tbl>
      <w:tblPr>
        <w:tblStyle w:val="GridTable1Light-Accent1"/>
        <w:tblW w:w="4928" w:type="pct"/>
        <w:tblInd w:w="134" w:type="dxa"/>
        <w:tblLook w:val="04A0" w:firstRow="1" w:lastRow="0" w:firstColumn="1" w:lastColumn="0" w:noHBand="0" w:noVBand="1"/>
      </w:tblPr>
      <w:tblGrid>
        <w:gridCol w:w="3135"/>
        <w:gridCol w:w="6070"/>
      </w:tblGrid>
      <w:tr w:rsidR="001E0D00" w:rsidRPr="00BB4BFC" w:rsidTr="00161CDC">
        <w:trPr>
          <w:trHeight w:val="553"/>
        </w:trPr>
        <w:tc>
          <w:tcPr>
            <w:tcW w:w="1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sz w:val="20"/>
                <w:szCs w:val="20"/>
                <w:lang w:val="sk-SK" w:eastAsia="sk-SK"/>
              </w:rPr>
            </w:pPr>
            <w:r w:rsidRPr="00BB4BFC">
              <w:rPr>
                <w:b/>
                <w:bCs/>
                <w:sz w:val="20"/>
                <w:szCs w:val="20"/>
              </w:rPr>
              <w:t xml:space="preserve">Meno a </w:t>
            </w:r>
            <w:proofErr w:type="spellStart"/>
            <w:r w:rsidRPr="00BB4BFC">
              <w:rPr>
                <w:b/>
                <w:bCs/>
                <w:sz w:val="20"/>
                <w:szCs w:val="20"/>
              </w:rPr>
              <w:t>priezvisko</w:t>
            </w:r>
            <w:proofErr w:type="spellEnd"/>
          </w:p>
        </w:tc>
        <w:tc>
          <w:tcPr>
            <w:tcW w:w="3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sz w:val="20"/>
                <w:szCs w:val="20"/>
              </w:rPr>
            </w:pPr>
          </w:p>
        </w:tc>
      </w:tr>
      <w:tr w:rsidR="001E0D00" w:rsidRPr="00BB4BFC" w:rsidTr="00161CDC">
        <w:trPr>
          <w:trHeight w:val="478"/>
        </w:trPr>
        <w:tc>
          <w:tcPr>
            <w:tcW w:w="1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sz w:val="20"/>
                <w:szCs w:val="20"/>
              </w:rPr>
            </w:pPr>
            <w:proofErr w:type="spellStart"/>
            <w:r w:rsidRPr="00BB4BFC">
              <w:rPr>
                <w:b/>
                <w:bCs/>
                <w:sz w:val="20"/>
                <w:szCs w:val="20"/>
              </w:rPr>
              <w:t>Vzťah</w:t>
            </w:r>
            <w:proofErr w:type="spellEnd"/>
            <w:r w:rsidRPr="00BB4BFC">
              <w:rPr>
                <w:b/>
                <w:bCs/>
                <w:sz w:val="20"/>
                <w:szCs w:val="20"/>
              </w:rPr>
              <w:t xml:space="preserve"> k </w:t>
            </w:r>
            <w:proofErr w:type="spellStart"/>
            <w:r w:rsidRPr="00BB4BFC">
              <w:rPr>
                <w:b/>
                <w:bCs/>
                <w:sz w:val="20"/>
                <w:szCs w:val="20"/>
              </w:rPr>
              <w:t>fyzickej</w:t>
            </w:r>
            <w:proofErr w:type="spellEnd"/>
            <w:r w:rsidRPr="00BB4BF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B4BFC">
              <w:rPr>
                <w:b/>
                <w:bCs/>
                <w:sz w:val="20"/>
                <w:szCs w:val="20"/>
              </w:rPr>
              <w:t>osobe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sz w:val="20"/>
                <w:szCs w:val="20"/>
              </w:rPr>
            </w:pPr>
          </w:p>
        </w:tc>
      </w:tr>
      <w:tr w:rsidR="001E0D00" w:rsidRPr="00BB4BFC" w:rsidTr="00161CDC">
        <w:trPr>
          <w:trHeight w:val="847"/>
        </w:trPr>
        <w:tc>
          <w:tcPr>
            <w:tcW w:w="1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sz w:val="20"/>
                <w:szCs w:val="20"/>
              </w:rPr>
            </w:pPr>
            <w:proofErr w:type="spellStart"/>
            <w:r w:rsidRPr="00BB4BFC">
              <w:rPr>
                <w:b/>
                <w:bCs/>
                <w:sz w:val="20"/>
                <w:szCs w:val="20"/>
              </w:rPr>
              <w:t>Adresa</w:t>
            </w:r>
            <w:proofErr w:type="spellEnd"/>
            <w:r w:rsidR="00F4498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44980">
              <w:rPr>
                <w:b/>
                <w:bCs/>
                <w:sz w:val="20"/>
                <w:szCs w:val="20"/>
              </w:rPr>
              <w:t>trvalého</w:t>
            </w:r>
            <w:proofErr w:type="spellEnd"/>
            <w:r w:rsidR="00F4498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44980">
              <w:rPr>
                <w:b/>
                <w:bCs/>
                <w:sz w:val="20"/>
                <w:szCs w:val="20"/>
              </w:rPr>
              <w:t>pobytu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sz w:val="20"/>
                <w:szCs w:val="20"/>
              </w:rPr>
            </w:pPr>
          </w:p>
        </w:tc>
      </w:tr>
      <w:tr w:rsidR="001E0D00" w:rsidRPr="00BB4BFC" w:rsidTr="00161CDC">
        <w:trPr>
          <w:trHeight w:val="470"/>
        </w:trPr>
        <w:tc>
          <w:tcPr>
            <w:tcW w:w="1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sz w:val="20"/>
                <w:szCs w:val="20"/>
              </w:rPr>
            </w:pPr>
            <w:proofErr w:type="spellStart"/>
            <w:r w:rsidRPr="00BB4BFC">
              <w:rPr>
                <w:b/>
                <w:bCs/>
                <w:sz w:val="20"/>
                <w:szCs w:val="20"/>
              </w:rPr>
              <w:t>Telefón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sz w:val="20"/>
                <w:szCs w:val="20"/>
              </w:rPr>
            </w:pPr>
          </w:p>
        </w:tc>
      </w:tr>
      <w:tr w:rsidR="001E0D00" w:rsidRPr="00BB4BFC" w:rsidTr="00161CDC">
        <w:trPr>
          <w:trHeight w:val="477"/>
        </w:trPr>
        <w:tc>
          <w:tcPr>
            <w:tcW w:w="17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sz w:val="20"/>
                <w:szCs w:val="20"/>
              </w:rPr>
            </w:pPr>
            <w:r w:rsidRPr="00BB4BFC">
              <w:rPr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D00" w:rsidRPr="00BB4BFC" w:rsidRDefault="001E0D00">
            <w:pPr>
              <w:rPr>
                <w:sz w:val="20"/>
                <w:szCs w:val="20"/>
              </w:rPr>
            </w:pPr>
          </w:p>
        </w:tc>
      </w:tr>
    </w:tbl>
    <w:p w:rsidR="00576707" w:rsidRPr="00BB4BFC" w:rsidRDefault="00576707" w:rsidP="00A735F6">
      <w:pPr>
        <w:pStyle w:val="Odsekzoznamu"/>
        <w:spacing w:after="280" w:line="360" w:lineRule="auto"/>
        <w:rPr>
          <w:color w:val="365F91" w:themeColor="accent1" w:themeShade="BF"/>
          <w:sz w:val="20"/>
          <w:szCs w:val="20"/>
        </w:rPr>
      </w:pPr>
    </w:p>
    <w:p w:rsidR="00C62B4D" w:rsidRPr="00BB4BFC" w:rsidRDefault="00C62B4D" w:rsidP="00A735F6">
      <w:pPr>
        <w:pStyle w:val="Odsekzoznamu"/>
        <w:numPr>
          <w:ilvl w:val="0"/>
          <w:numId w:val="14"/>
        </w:numPr>
        <w:spacing w:after="280" w:line="360" w:lineRule="auto"/>
        <w:ind w:left="284" w:hanging="284"/>
        <w:rPr>
          <w:color w:val="365F91" w:themeColor="accent1" w:themeShade="BF"/>
          <w:sz w:val="20"/>
          <w:szCs w:val="20"/>
        </w:rPr>
      </w:pPr>
      <w:proofErr w:type="spellStart"/>
      <w:r w:rsidRPr="00BB4BFC">
        <w:rPr>
          <w:b/>
          <w:bCs/>
          <w:color w:val="365F91" w:themeColor="accent1" w:themeShade="BF"/>
          <w:sz w:val="20"/>
          <w:szCs w:val="20"/>
        </w:rPr>
        <w:t>Popis</w:t>
      </w:r>
      <w:proofErr w:type="spellEnd"/>
      <w:r w:rsidRPr="00BB4BFC">
        <w:rPr>
          <w:b/>
          <w:bCs/>
          <w:color w:val="365F91" w:themeColor="accent1" w:themeShade="BF"/>
          <w:sz w:val="20"/>
          <w:szCs w:val="20"/>
        </w:rPr>
        <w:t xml:space="preserve"> </w:t>
      </w:r>
      <w:proofErr w:type="spellStart"/>
      <w:r w:rsidRPr="00BB4BFC">
        <w:rPr>
          <w:b/>
          <w:bCs/>
          <w:color w:val="365F91" w:themeColor="accent1" w:themeShade="BF"/>
          <w:sz w:val="20"/>
          <w:szCs w:val="20"/>
        </w:rPr>
        <w:t>vážneho</w:t>
      </w:r>
      <w:proofErr w:type="spellEnd"/>
      <w:r w:rsidRPr="00BB4BFC">
        <w:rPr>
          <w:b/>
          <w:bCs/>
          <w:color w:val="365F91" w:themeColor="accent1" w:themeShade="BF"/>
          <w:sz w:val="20"/>
          <w:szCs w:val="20"/>
        </w:rPr>
        <w:t xml:space="preserve"> </w:t>
      </w:r>
      <w:proofErr w:type="spellStart"/>
      <w:r w:rsidRPr="00BB4BFC">
        <w:rPr>
          <w:b/>
          <w:bCs/>
          <w:color w:val="365F91" w:themeColor="accent1" w:themeShade="BF"/>
          <w:sz w:val="20"/>
          <w:szCs w:val="20"/>
        </w:rPr>
        <w:t>ohrozenia</w:t>
      </w:r>
      <w:proofErr w:type="spellEnd"/>
      <w:r w:rsidRPr="00BB4BFC">
        <w:rPr>
          <w:b/>
          <w:bCs/>
          <w:color w:val="365F91" w:themeColor="accent1" w:themeShade="BF"/>
          <w:sz w:val="20"/>
          <w:szCs w:val="20"/>
        </w:rPr>
        <w:t xml:space="preserve"> </w:t>
      </w:r>
      <w:proofErr w:type="spellStart"/>
      <w:r w:rsidRPr="00BB4BFC">
        <w:rPr>
          <w:b/>
          <w:bCs/>
          <w:color w:val="365F91" w:themeColor="accent1" w:themeShade="BF"/>
          <w:sz w:val="20"/>
          <w:szCs w:val="20"/>
        </w:rPr>
        <w:t>života</w:t>
      </w:r>
      <w:proofErr w:type="spellEnd"/>
      <w:r w:rsidRPr="00BB4BFC">
        <w:rPr>
          <w:b/>
          <w:bCs/>
          <w:color w:val="365F91" w:themeColor="accent1" w:themeShade="BF"/>
          <w:sz w:val="20"/>
          <w:szCs w:val="20"/>
        </w:rPr>
        <w:t xml:space="preserve"> </w:t>
      </w:r>
      <w:proofErr w:type="spellStart"/>
      <w:r w:rsidRPr="00BB4BFC">
        <w:rPr>
          <w:b/>
          <w:bCs/>
          <w:color w:val="365F91" w:themeColor="accent1" w:themeShade="BF"/>
          <w:sz w:val="20"/>
          <w:szCs w:val="20"/>
        </w:rPr>
        <w:t>alebo</w:t>
      </w:r>
      <w:proofErr w:type="spellEnd"/>
      <w:r w:rsidRPr="00BB4BFC">
        <w:rPr>
          <w:b/>
          <w:bCs/>
          <w:color w:val="365F91" w:themeColor="accent1" w:themeShade="BF"/>
          <w:sz w:val="20"/>
          <w:szCs w:val="20"/>
        </w:rPr>
        <w:t xml:space="preserve"> </w:t>
      </w:r>
      <w:proofErr w:type="spellStart"/>
      <w:r w:rsidRPr="00BB4BFC">
        <w:rPr>
          <w:b/>
          <w:bCs/>
          <w:color w:val="365F91" w:themeColor="accent1" w:themeShade="BF"/>
          <w:sz w:val="20"/>
          <w:szCs w:val="20"/>
        </w:rPr>
        <w:t>zdravia</w:t>
      </w:r>
      <w:proofErr w:type="spellEnd"/>
      <w:r w:rsidRPr="00BB4BFC">
        <w:rPr>
          <w:b/>
          <w:bCs/>
          <w:color w:val="365F91" w:themeColor="accent1" w:themeShade="BF"/>
          <w:sz w:val="20"/>
          <w:szCs w:val="20"/>
        </w:rPr>
        <w:t xml:space="preserve"> </w:t>
      </w:r>
      <w:proofErr w:type="spellStart"/>
      <w:r w:rsidRPr="00BB4BFC">
        <w:rPr>
          <w:b/>
          <w:bCs/>
          <w:color w:val="365F91" w:themeColor="accent1" w:themeShade="BF"/>
          <w:sz w:val="20"/>
          <w:szCs w:val="20"/>
        </w:rPr>
        <w:t>fyzickej</w:t>
      </w:r>
      <w:proofErr w:type="spellEnd"/>
      <w:r w:rsidRPr="00BB4BFC">
        <w:rPr>
          <w:b/>
          <w:bCs/>
          <w:color w:val="365F91" w:themeColor="accent1" w:themeShade="BF"/>
          <w:sz w:val="20"/>
          <w:szCs w:val="20"/>
        </w:rPr>
        <w:t xml:space="preserve"> </w:t>
      </w:r>
      <w:proofErr w:type="spellStart"/>
      <w:r w:rsidRPr="00BB4BFC">
        <w:rPr>
          <w:b/>
          <w:bCs/>
          <w:color w:val="365F91" w:themeColor="accent1" w:themeShade="BF"/>
          <w:sz w:val="20"/>
          <w:szCs w:val="20"/>
        </w:rPr>
        <w:t>osoby</w:t>
      </w:r>
      <w:proofErr w:type="spellEnd"/>
    </w:p>
    <w:p w:rsidR="00D6013F" w:rsidRPr="00BB4BFC" w:rsidRDefault="00D6013F" w:rsidP="00EA0E96">
      <w:pPr>
        <w:spacing w:after="120" w:line="360" w:lineRule="auto"/>
        <w:ind w:firstLine="284"/>
        <w:rPr>
          <w:b/>
          <w:bCs/>
          <w:color w:val="365F91" w:themeColor="accent1" w:themeShade="BF"/>
          <w:sz w:val="20"/>
          <w:szCs w:val="20"/>
        </w:rPr>
      </w:pPr>
      <w:proofErr w:type="spellStart"/>
      <w:r w:rsidRPr="00BB4BFC">
        <w:rPr>
          <w:b/>
          <w:bCs/>
          <w:color w:val="365F91" w:themeColor="accent1" w:themeShade="BF"/>
          <w:sz w:val="20"/>
          <w:szCs w:val="20"/>
        </w:rPr>
        <w:t>Dátum</w:t>
      </w:r>
      <w:proofErr w:type="spellEnd"/>
      <w:r w:rsidRPr="00BB4BFC">
        <w:rPr>
          <w:b/>
          <w:bCs/>
          <w:color w:val="365F91" w:themeColor="accent1" w:themeShade="BF"/>
          <w:sz w:val="20"/>
          <w:szCs w:val="20"/>
        </w:rPr>
        <w:t xml:space="preserve"> </w:t>
      </w:r>
      <w:proofErr w:type="spellStart"/>
      <w:r w:rsidRPr="00BB4BFC">
        <w:rPr>
          <w:b/>
          <w:bCs/>
          <w:color w:val="365F91" w:themeColor="accent1" w:themeShade="BF"/>
          <w:sz w:val="20"/>
          <w:szCs w:val="20"/>
        </w:rPr>
        <w:t>vzniku</w:t>
      </w:r>
      <w:proofErr w:type="spellEnd"/>
      <w:r w:rsidRPr="00BB4BFC">
        <w:rPr>
          <w:b/>
          <w:bCs/>
          <w:color w:val="365F91" w:themeColor="accent1" w:themeShade="BF"/>
          <w:sz w:val="20"/>
          <w:szCs w:val="20"/>
        </w:rPr>
        <w:t xml:space="preserve"> </w:t>
      </w:r>
      <w:proofErr w:type="spellStart"/>
      <w:r w:rsidRPr="00BB4BFC">
        <w:rPr>
          <w:b/>
          <w:bCs/>
          <w:color w:val="365F91" w:themeColor="accent1" w:themeShade="BF"/>
          <w:sz w:val="20"/>
          <w:szCs w:val="20"/>
        </w:rPr>
        <w:t>krízovej</w:t>
      </w:r>
      <w:proofErr w:type="spellEnd"/>
      <w:r w:rsidRPr="00BB4BFC">
        <w:rPr>
          <w:b/>
          <w:bCs/>
          <w:color w:val="365F91" w:themeColor="accent1" w:themeShade="BF"/>
          <w:sz w:val="20"/>
          <w:szCs w:val="20"/>
        </w:rPr>
        <w:t xml:space="preserve"> </w:t>
      </w:r>
      <w:proofErr w:type="spellStart"/>
      <w:r w:rsidRPr="00BB4BFC">
        <w:rPr>
          <w:b/>
          <w:bCs/>
          <w:color w:val="365F91" w:themeColor="accent1" w:themeShade="BF"/>
          <w:sz w:val="20"/>
          <w:szCs w:val="20"/>
        </w:rPr>
        <w:t>situácie</w:t>
      </w:r>
      <w:proofErr w:type="spellEnd"/>
      <w:r w:rsidRPr="00BB4BFC">
        <w:rPr>
          <w:b/>
          <w:bCs/>
          <w:color w:val="365F91" w:themeColor="accent1" w:themeShade="BF"/>
          <w:sz w:val="20"/>
          <w:szCs w:val="20"/>
        </w:rPr>
        <w:t>:</w:t>
      </w:r>
    </w:p>
    <w:p w:rsidR="00D6013F" w:rsidRPr="00BB4BFC" w:rsidRDefault="00AA5D16" w:rsidP="00EA0E96">
      <w:pPr>
        <w:spacing w:before="120" w:after="0" w:line="360" w:lineRule="auto"/>
        <w:ind w:firstLine="284"/>
        <w:rPr>
          <w:b/>
          <w:bCs/>
          <w:color w:val="365F91" w:themeColor="accent1" w:themeShade="BF"/>
          <w:sz w:val="20"/>
          <w:szCs w:val="20"/>
        </w:rPr>
      </w:pPr>
      <w:proofErr w:type="spellStart"/>
      <w:r w:rsidRPr="00BB4BFC">
        <w:rPr>
          <w:b/>
          <w:bCs/>
          <w:color w:val="365F91" w:themeColor="accent1" w:themeShade="BF"/>
          <w:sz w:val="20"/>
          <w:szCs w:val="20"/>
        </w:rPr>
        <w:t>Časové</w:t>
      </w:r>
      <w:proofErr w:type="spellEnd"/>
      <w:r w:rsidRPr="00BB4BFC">
        <w:rPr>
          <w:b/>
          <w:bCs/>
          <w:color w:val="365F91" w:themeColor="accent1" w:themeShade="BF"/>
          <w:sz w:val="20"/>
          <w:szCs w:val="20"/>
        </w:rPr>
        <w:t xml:space="preserve"> </w:t>
      </w:r>
      <w:proofErr w:type="spellStart"/>
      <w:r w:rsidRPr="00BB4BFC">
        <w:rPr>
          <w:b/>
          <w:bCs/>
          <w:color w:val="365F91" w:themeColor="accent1" w:themeShade="BF"/>
          <w:sz w:val="20"/>
          <w:szCs w:val="20"/>
        </w:rPr>
        <w:t>vymedzenie</w:t>
      </w:r>
      <w:proofErr w:type="spellEnd"/>
      <w:r w:rsidRPr="00BB4BFC">
        <w:rPr>
          <w:b/>
          <w:bCs/>
          <w:color w:val="365F91" w:themeColor="accent1" w:themeShade="BF"/>
          <w:sz w:val="20"/>
          <w:szCs w:val="20"/>
        </w:rPr>
        <w:t xml:space="preserve"> </w:t>
      </w:r>
      <w:proofErr w:type="spellStart"/>
      <w:r w:rsidRPr="00BB4BFC">
        <w:rPr>
          <w:b/>
          <w:bCs/>
          <w:color w:val="365F91" w:themeColor="accent1" w:themeShade="BF"/>
          <w:sz w:val="20"/>
          <w:szCs w:val="20"/>
        </w:rPr>
        <w:t>t</w:t>
      </w:r>
      <w:r w:rsidR="00D6013F" w:rsidRPr="00BB4BFC">
        <w:rPr>
          <w:b/>
          <w:bCs/>
          <w:color w:val="365F91" w:themeColor="accent1" w:themeShade="BF"/>
          <w:sz w:val="20"/>
          <w:szCs w:val="20"/>
        </w:rPr>
        <w:t>rvani</w:t>
      </w:r>
      <w:r w:rsidRPr="00BB4BFC">
        <w:rPr>
          <w:b/>
          <w:bCs/>
          <w:color w:val="365F91" w:themeColor="accent1" w:themeShade="BF"/>
          <w:sz w:val="20"/>
          <w:szCs w:val="20"/>
        </w:rPr>
        <w:t>a</w:t>
      </w:r>
      <w:proofErr w:type="spellEnd"/>
      <w:r w:rsidR="00D6013F" w:rsidRPr="00BB4BFC">
        <w:rPr>
          <w:b/>
          <w:bCs/>
          <w:color w:val="365F91" w:themeColor="accent1" w:themeShade="BF"/>
          <w:sz w:val="20"/>
          <w:szCs w:val="20"/>
        </w:rPr>
        <w:t xml:space="preserve"> </w:t>
      </w:r>
      <w:proofErr w:type="spellStart"/>
      <w:r w:rsidR="00D6013F" w:rsidRPr="00BB4BFC">
        <w:rPr>
          <w:b/>
          <w:bCs/>
          <w:color w:val="365F91" w:themeColor="accent1" w:themeShade="BF"/>
          <w:sz w:val="20"/>
          <w:szCs w:val="20"/>
        </w:rPr>
        <w:t>ohrozenia</w:t>
      </w:r>
      <w:proofErr w:type="spellEnd"/>
      <w:r w:rsidR="00D6013F" w:rsidRPr="00BB4BFC">
        <w:rPr>
          <w:b/>
          <w:bCs/>
          <w:color w:val="365F91" w:themeColor="accent1" w:themeShade="BF"/>
          <w:sz w:val="20"/>
          <w:szCs w:val="20"/>
        </w:rPr>
        <w:t>:</w:t>
      </w:r>
    </w:p>
    <w:p w:rsidR="007D4745" w:rsidRPr="00BB4BFC" w:rsidRDefault="00D81412" w:rsidP="00161CDC">
      <w:pPr>
        <w:spacing w:before="120" w:after="120" w:line="240" w:lineRule="auto"/>
        <w:ind w:left="284"/>
        <w:rPr>
          <w:sz w:val="20"/>
          <w:szCs w:val="20"/>
          <w:lang w:val="pl-PL"/>
        </w:rPr>
      </w:pPr>
      <w:r w:rsidRPr="00BB4BFC">
        <w:rPr>
          <w:b/>
          <w:sz w:val="20"/>
          <w:szCs w:val="20"/>
          <w:lang w:val="sk-SK"/>
        </w:rPr>
        <w:t xml:space="preserve">A. </w:t>
      </w:r>
      <w:r w:rsidR="007D4745" w:rsidRPr="00BB4BFC">
        <w:rPr>
          <w:b/>
          <w:sz w:val="20"/>
          <w:szCs w:val="20"/>
          <w:lang w:val="pl-PL"/>
        </w:rPr>
        <w:t>Správanie inej fyzickej osoby</w:t>
      </w:r>
      <w:r w:rsidR="007D4745" w:rsidRPr="00BB4BFC">
        <w:rPr>
          <w:b/>
          <w:bCs/>
          <w:sz w:val="20"/>
          <w:szCs w:val="20"/>
          <w:lang w:val="pl-PL"/>
        </w:rPr>
        <w:t>, ktoré spôsobuje</w:t>
      </w:r>
      <w:r w:rsidR="007D4745" w:rsidRPr="00BB4BFC">
        <w:rPr>
          <w:b/>
          <w:sz w:val="20"/>
          <w:szCs w:val="20"/>
          <w:lang w:val="pl-PL"/>
        </w:rPr>
        <w:t xml:space="preserve"> ohrozenie:</w:t>
      </w:r>
      <w:r w:rsidR="007D4745" w:rsidRPr="00BB4BFC">
        <w:rPr>
          <w:rFonts w:ascii="Segoe UI Symbol" w:hAnsi="Segoe UI Symbol"/>
          <w:sz w:val="20"/>
          <w:szCs w:val="20"/>
          <w:lang w:val="pl-PL"/>
        </w:rPr>
        <w:t xml:space="preserve">     ☐</w:t>
      </w:r>
    </w:p>
    <w:p w:rsidR="007D4745" w:rsidRPr="00BB4BFC" w:rsidRDefault="007D4745" w:rsidP="00161CDC">
      <w:pPr>
        <w:spacing w:before="120" w:after="120"/>
        <w:ind w:left="284"/>
        <w:rPr>
          <w:sz w:val="20"/>
          <w:szCs w:val="20"/>
          <w:lang w:val="pl-PL"/>
        </w:rPr>
      </w:pPr>
      <w:r w:rsidRPr="00BB4BFC">
        <w:rPr>
          <w:i/>
          <w:iCs/>
          <w:sz w:val="20"/>
          <w:szCs w:val="20"/>
          <w:lang w:val="pl-PL"/>
        </w:rPr>
        <w:t>Inštrukcia: Opíšte, kto a akým spôsobom spôsobuje ohrozenie (napr. násilie, vyhrážanie, zanedbávanie), ako často sa to deje a či bola situácia oznámená polícii alebo inému orgánu.</w:t>
      </w:r>
    </w:p>
    <w:p w:rsidR="00C62B4D" w:rsidRPr="00BB4BFC" w:rsidRDefault="00C62B4D" w:rsidP="00576707">
      <w:pPr>
        <w:spacing w:before="240" w:after="0"/>
        <w:rPr>
          <w:sz w:val="20"/>
          <w:szCs w:val="20"/>
          <w:lang w:val="pl-PL"/>
        </w:rPr>
      </w:pPr>
    </w:p>
    <w:p w:rsidR="00AB2876" w:rsidRPr="00BB4BFC" w:rsidRDefault="00AB2876" w:rsidP="00A56E1A">
      <w:pPr>
        <w:rPr>
          <w:kern w:val="2"/>
          <w:sz w:val="20"/>
          <w:szCs w:val="20"/>
          <w:lang w:val="sk-SK" w:eastAsia="sk-SK"/>
          <w14:ligatures w14:val="standardContextual"/>
        </w:rPr>
      </w:pPr>
    </w:p>
    <w:p w:rsidR="00AB2876" w:rsidRPr="00BB4BFC" w:rsidRDefault="00AB2876" w:rsidP="00A56E1A">
      <w:pPr>
        <w:rPr>
          <w:kern w:val="2"/>
          <w:sz w:val="20"/>
          <w:szCs w:val="20"/>
          <w:lang w:val="sk-SK" w:eastAsia="sk-SK"/>
          <w14:ligatures w14:val="standardContextual"/>
        </w:rPr>
      </w:pPr>
    </w:p>
    <w:p w:rsidR="00AB2876" w:rsidRDefault="00AB2876" w:rsidP="00A56E1A">
      <w:pPr>
        <w:rPr>
          <w:kern w:val="2"/>
          <w:sz w:val="20"/>
          <w:szCs w:val="20"/>
          <w:lang w:val="sk-SK" w:eastAsia="sk-SK"/>
          <w14:ligatures w14:val="standardContextual"/>
        </w:rPr>
      </w:pPr>
    </w:p>
    <w:p w:rsidR="00406BD0" w:rsidRPr="00BB4BFC" w:rsidRDefault="00406BD0" w:rsidP="00A56E1A">
      <w:pPr>
        <w:rPr>
          <w:kern w:val="2"/>
          <w:sz w:val="20"/>
          <w:szCs w:val="20"/>
          <w:lang w:val="sk-SK" w:eastAsia="sk-SK"/>
          <w14:ligatures w14:val="standardContextual"/>
        </w:rPr>
      </w:pPr>
    </w:p>
    <w:p w:rsidR="00576707" w:rsidRPr="00BB4BFC" w:rsidRDefault="00BC2045" w:rsidP="00161CDC">
      <w:pPr>
        <w:spacing w:before="120" w:after="120"/>
        <w:ind w:left="284"/>
        <w:rPr>
          <w:sz w:val="20"/>
          <w:szCs w:val="20"/>
          <w:lang w:val="sk-SK"/>
        </w:rPr>
      </w:pPr>
      <w:r w:rsidRPr="00BB4BFC">
        <w:rPr>
          <w:b/>
          <w:bCs/>
          <w:sz w:val="20"/>
          <w:szCs w:val="20"/>
          <w:lang w:val="sk-SK"/>
        </w:rPr>
        <w:t>B.</w:t>
      </w:r>
      <w:r w:rsidRPr="00BB4BFC">
        <w:rPr>
          <w:b/>
          <w:sz w:val="20"/>
          <w:szCs w:val="20"/>
          <w:lang w:val="sk-SK"/>
        </w:rPr>
        <w:t xml:space="preserve"> </w:t>
      </w:r>
      <w:r w:rsidR="00576707" w:rsidRPr="00BB4BFC">
        <w:rPr>
          <w:b/>
          <w:sz w:val="20"/>
          <w:szCs w:val="20"/>
          <w:lang w:val="sk-SK"/>
        </w:rPr>
        <w:t xml:space="preserve">Zdravotný stav </w:t>
      </w:r>
      <w:r w:rsidR="00576707" w:rsidRPr="00BB4BFC">
        <w:rPr>
          <w:b/>
          <w:bCs/>
          <w:sz w:val="20"/>
          <w:szCs w:val="20"/>
          <w:lang w:val="sk-SK"/>
        </w:rPr>
        <w:t xml:space="preserve">fyzickej </w:t>
      </w:r>
      <w:r w:rsidR="00576707" w:rsidRPr="00BB4BFC">
        <w:rPr>
          <w:b/>
          <w:sz w:val="20"/>
          <w:szCs w:val="20"/>
          <w:lang w:val="sk-SK"/>
        </w:rPr>
        <w:t>osoby</w:t>
      </w:r>
      <w:r w:rsidR="00576707" w:rsidRPr="00BB4BFC">
        <w:rPr>
          <w:b/>
          <w:bCs/>
          <w:sz w:val="20"/>
          <w:szCs w:val="20"/>
          <w:lang w:val="sk-SK"/>
        </w:rPr>
        <w:t>:</w:t>
      </w:r>
      <w:r w:rsidR="00576707" w:rsidRPr="00BB4BFC">
        <w:rPr>
          <w:rFonts w:ascii="Segoe UI Symbol" w:hAnsi="Segoe UI Symbol"/>
          <w:sz w:val="20"/>
          <w:szCs w:val="20"/>
          <w:lang w:val="sk-SK"/>
        </w:rPr>
        <w:t xml:space="preserve">     ☐</w:t>
      </w:r>
    </w:p>
    <w:p w:rsidR="00576707" w:rsidRPr="00BB4BFC" w:rsidRDefault="00576707" w:rsidP="00161CDC">
      <w:pPr>
        <w:spacing w:before="120" w:after="120"/>
        <w:ind w:left="284"/>
        <w:rPr>
          <w:i/>
          <w:iCs/>
          <w:sz w:val="20"/>
          <w:szCs w:val="20"/>
          <w:lang w:val="sk-SK"/>
        </w:rPr>
      </w:pPr>
      <w:r w:rsidRPr="00BB4BFC">
        <w:rPr>
          <w:i/>
          <w:iCs/>
          <w:sz w:val="20"/>
          <w:szCs w:val="20"/>
          <w:lang w:val="sk-SK"/>
        </w:rPr>
        <w:t xml:space="preserve">Inštrukcia: Uveďte hlavné diagnózy, zhoršenie zdravotného stavu, obmedzenie sebestačnosti a </w:t>
      </w:r>
      <w:r w:rsidRPr="00BB4BFC">
        <w:rPr>
          <w:b/>
          <w:bCs/>
          <w:i/>
          <w:iCs/>
          <w:sz w:val="20"/>
          <w:szCs w:val="20"/>
          <w:lang w:val="sk-SK"/>
        </w:rPr>
        <w:t>prečo nie je možné situáciu riešiť bežnou starostlivosťou v domácom prostredí</w:t>
      </w:r>
      <w:r w:rsidRPr="00BB4BFC">
        <w:rPr>
          <w:i/>
          <w:iCs/>
          <w:sz w:val="20"/>
          <w:szCs w:val="20"/>
          <w:lang w:val="sk-SK"/>
        </w:rPr>
        <w:t>.</w:t>
      </w:r>
    </w:p>
    <w:p w:rsidR="007D4745" w:rsidRPr="00BB4BFC" w:rsidRDefault="007D4745" w:rsidP="00576707">
      <w:pPr>
        <w:rPr>
          <w:sz w:val="20"/>
          <w:szCs w:val="20"/>
          <w:lang w:val="sk-SK"/>
        </w:rPr>
      </w:pPr>
    </w:p>
    <w:p w:rsidR="00AB2876" w:rsidRPr="00BB4BFC" w:rsidRDefault="00AB2876" w:rsidP="00A45059">
      <w:pPr>
        <w:rPr>
          <w:b/>
          <w:bCs/>
          <w:sz w:val="20"/>
          <w:szCs w:val="20"/>
          <w:lang w:val="sk-SK"/>
        </w:rPr>
      </w:pPr>
    </w:p>
    <w:p w:rsidR="00AB2876" w:rsidRPr="00BB4BFC" w:rsidRDefault="00AB2876" w:rsidP="00A45059">
      <w:pPr>
        <w:rPr>
          <w:b/>
          <w:bCs/>
          <w:sz w:val="20"/>
          <w:szCs w:val="20"/>
          <w:lang w:val="sk-SK"/>
        </w:rPr>
      </w:pPr>
    </w:p>
    <w:p w:rsidR="00AB2876" w:rsidRDefault="00AB2876" w:rsidP="00A45059">
      <w:pPr>
        <w:rPr>
          <w:b/>
          <w:bCs/>
          <w:sz w:val="20"/>
          <w:szCs w:val="20"/>
          <w:lang w:val="sk-SK"/>
        </w:rPr>
      </w:pPr>
    </w:p>
    <w:p w:rsidR="00406BD0" w:rsidRDefault="00406BD0" w:rsidP="00A45059">
      <w:pPr>
        <w:rPr>
          <w:b/>
          <w:bCs/>
          <w:sz w:val="20"/>
          <w:szCs w:val="20"/>
          <w:lang w:val="sk-SK"/>
        </w:rPr>
      </w:pPr>
    </w:p>
    <w:p w:rsidR="00406BD0" w:rsidRDefault="00406BD0" w:rsidP="00A45059">
      <w:pPr>
        <w:rPr>
          <w:b/>
          <w:bCs/>
          <w:sz w:val="20"/>
          <w:szCs w:val="20"/>
          <w:lang w:val="sk-SK"/>
        </w:rPr>
      </w:pPr>
    </w:p>
    <w:p w:rsidR="00406BD0" w:rsidRPr="00BB4BFC" w:rsidRDefault="00406BD0" w:rsidP="00A45059">
      <w:pPr>
        <w:rPr>
          <w:b/>
          <w:bCs/>
          <w:sz w:val="20"/>
          <w:szCs w:val="20"/>
          <w:lang w:val="sk-SK"/>
        </w:rPr>
      </w:pPr>
    </w:p>
    <w:p w:rsidR="00AB2876" w:rsidRPr="00BB4BFC" w:rsidRDefault="00AB2876" w:rsidP="00A45059">
      <w:pPr>
        <w:rPr>
          <w:b/>
          <w:bCs/>
          <w:sz w:val="20"/>
          <w:szCs w:val="20"/>
          <w:lang w:val="sk-SK"/>
        </w:rPr>
      </w:pPr>
    </w:p>
    <w:p w:rsidR="00AB2876" w:rsidRDefault="00AB2876" w:rsidP="00A45059">
      <w:pPr>
        <w:rPr>
          <w:b/>
          <w:bCs/>
          <w:sz w:val="20"/>
          <w:szCs w:val="20"/>
          <w:lang w:val="sk-SK"/>
        </w:rPr>
      </w:pPr>
    </w:p>
    <w:p w:rsidR="000511E9" w:rsidRPr="00BB4BFC" w:rsidRDefault="000511E9" w:rsidP="00A45059">
      <w:pPr>
        <w:rPr>
          <w:b/>
          <w:bCs/>
          <w:sz w:val="20"/>
          <w:szCs w:val="20"/>
          <w:lang w:val="sk-SK"/>
        </w:rPr>
      </w:pPr>
    </w:p>
    <w:p w:rsidR="00D81412" w:rsidRPr="00BB4BFC" w:rsidRDefault="00D81412" w:rsidP="00161CDC">
      <w:pPr>
        <w:spacing w:before="120" w:after="120"/>
        <w:ind w:left="284"/>
        <w:rPr>
          <w:sz w:val="20"/>
          <w:szCs w:val="20"/>
          <w:lang w:val="sk-SK"/>
        </w:rPr>
      </w:pPr>
      <w:r w:rsidRPr="00BB4BFC">
        <w:rPr>
          <w:b/>
          <w:bCs/>
          <w:sz w:val="20"/>
          <w:szCs w:val="20"/>
          <w:lang w:val="sk-SK"/>
        </w:rPr>
        <w:t>C.</w:t>
      </w:r>
      <w:r w:rsidRPr="00BB4BFC">
        <w:rPr>
          <w:b/>
          <w:sz w:val="20"/>
          <w:szCs w:val="20"/>
          <w:lang w:val="sk-SK"/>
        </w:rPr>
        <w:t xml:space="preserve"> Strata opatrovateľa</w:t>
      </w:r>
      <w:r w:rsidR="00FF2C23" w:rsidRPr="00BB4BFC">
        <w:rPr>
          <w:b/>
          <w:sz w:val="20"/>
          <w:szCs w:val="20"/>
          <w:lang w:val="sk-SK"/>
        </w:rPr>
        <w:t xml:space="preserve"> (poberajúceho peňažný príspevok na opatrovanie</w:t>
      </w:r>
      <w:r w:rsidR="00681B32" w:rsidRPr="00BB4BFC">
        <w:rPr>
          <w:b/>
          <w:sz w:val="20"/>
          <w:szCs w:val="20"/>
          <w:lang w:val="sk-SK"/>
        </w:rPr>
        <w:t xml:space="preserve"> </w:t>
      </w:r>
      <w:r w:rsidR="00EA0E96" w:rsidRPr="00BB4BFC">
        <w:rPr>
          <w:b/>
          <w:sz w:val="20"/>
          <w:szCs w:val="20"/>
          <w:lang w:val="sk-SK"/>
        </w:rPr>
        <w:t>z</w:t>
      </w:r>
      <w:r w:rsidR="00681B32" w:rsidRPr="00BB4BFC">
        <w:rPr>
          <w:b/>
          <w:sz w:val="20"/>
          <w:szCs w:val="20"/>
          <w:lang w:val="sk-SK"/>
        </w:rPr>
        <w:t xml:space="preserve"> ÚPSVaR</w:t>
      </w:r>
      <w:r w:rsidR="00FF2C23" w:rsidRPr="00BB4BFC">
        <w:rPr>
          <w:b/>
          <w:sz w:val="20"/>
          <w:szCs w:val="20"/>
          <w:lang w:val="sk-SK"/>
        </w:rPr>
        <w:t>)</w:t>
      </w:r>
      <w:r w:rsidRPr="00BB4BFC">
        <w:rPr>
          <w:b/>
          <w:bCs/>
          <w:sz w:val="20"/>
          <w:szCs w:val="20"/>
          <w:lang w:val="sk-SK"/>
        </w:rPr>
        <w:t xml:space="preserve"> alebo </w:t>
      </w:r>
      <w:r w:rsidR="00216BD7" w:rsidRPr="00BB4BFC">
        <w:rPr>
          <w:b/>
          <w:bCs/>
          <w:sz w:val="20"/>
          <w:szCs w:val="20"/>
          <w:lang w:val="sk-SK"/>
        </w:rPr>
        <w:t xml:space="preserve">fyzickej </w:t>
      </w:r>
      <w:r w:rsidRPr="00BB4BFC">
        <w:rPr>
          <w:b/>
          <w:bCs/>
          <w:sz w:val="20"/>
          <w:szCs w:val="20"/>
          <w:lang w:val="sk-SK"/>
        </w:rPr>
        <w:t>osoby zabezpečujúcej starostlivosť</w:t>
      </w:r>
      <w:r w:rsidRPr="00BB4BFC">
        <w:rPr>
          <w:b/>
          <w:sz w:val="20"/>
          <w:szCs w:val="20"/>
          <w:lang w:val="sk-SK"/>
        </w:rPr>
        <w:t>:</w:t>
      </w:r>
      <w:r w:rsidR="00135100" w:rsidRPr="00BB4BFC">
        <w:rPr>
          <w:b/>
          <w:sz w:val="20"/>
          <w:szCs w:val="20"/>
          <w:lang w:val="sk-SK"/>
        </w:rPr>
        <w:t xml:space="preserve">    </w:t>
      </w:r>
      <w:r w:rsidR="00EA0E96" w:rsidRPr="00BB4BFC">
        <w:rPr>
          <w:b/>
          <w:sz w:val="20"/>
          <w:szCs w:val="20"/>
          <w:lang w:val="sk-SK"/>
        </w:rPr>
        <w:t xml:space="preserve">      </w:t>
      </w:r>
      <w:r w:rsidRPr="00BB4BFC">
        <w:rPr>
          <w:rFonts w:ascii="Segoe UI Symbol" w:hAnsi="Segoe UI Symbol"/>
          <w:sz w:val="20"/>
          <w:szCs w:val="20"/>
          <w:lang w:val="sk-SK"/>
        </w:rPr>
        <w:t xml:space="preserve"> ☐</w:t>
      </w:r>
    </w:p>
    <w:p w:rsidR="00C62B4D" w:rsidRPr="00BB4BFC" w:rsidRDefault="00C62B4D" w:rsidP="00161CDC">
      <w:pPr>
        <w:spacing w:before="120" w:after="120"/>
        <w:ind w:left="284"/>
        <w:jc w:val="both"/>
        <w:rPr>
          <w:sz w:val="20"/>
          <w:szCs w:val="20"/>
          <w:lang w:val="sk-SK"/>
        </w:rPr>
      </w:pPr>
      <w:r w:rsidRPr="00BB4BFC">
        <w:rPr>
          <w:i/>
          <w:iCs/>
          <w:sz w:val="20"/>
          <w:szCs w:val="20"/>
          <w:lang w:val="sk-SK"/>
        </w:rPr>
        <w:t>Inštrukcia: Uveďte, kedy a z akého dôvodu došlo k strate opatrovateľa alebo osoby, ktorá zabezpečovala starostlivosť (napr. úmrtie, ochorenie), aký to má dopad na každodenné fungovanie žiadateľa.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D81412" w:rsidRPr="00EC0DFF" w:rsidTr="00EB0EFB">
        <w:trPr>
          <w:trHeight w:val="2400"/>
          <w:tblCellSpacing w:w="15" w:type="dxa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0973" w:rsidRPr="00BB4BFC" w:rsidRDefault="00290973" w:rsidP="00161CDC">
            <w:pPr>
              <w:ind w:left="284"/>
              <w:rPr>
                <w:kern w:val="2"/>
                <w:sz w:val="20"/>
                <w:szCs w:val="20"/>
                <w:lang w:val="sk-SK" w:eastAsia="sk-SK"/>
                <w14:ligatures w14:val="standardContextual"/>
              </w:rPr>
            </w:pPr>
          </w:p>
          <w:p w:rsidR="007D4745" w:rsidRPr="00BB4BFC" w:rsidRDefault="007D4745" w:rsidP="00161CDC">
            <w:pPr>
              <w:ind w:left="284"/>
              <w:rPr>
                <w:kern w:val="2"/>
                <w:sz w:val="20"/>
                <w:szCs w:val="20"/>
                <w:lang w:val="sk-SK" w:eastAsia="sk-SK"/>
                <w14:ligatures w14:val="standardContextual"/>
              </w:rPr>
            </w:pPr>
          </w:p>
          <w:p w:rsidR="007D4745" w:rsidRPr="00BB4BFC" w:rsidRDefault="007D4745" w:rsidP="00161CDC">
            <w:pPr>
              <w:ind w:left="284"/>
              <w:rPr>
                <w:kern w:val="2"/>
                <w:sz w:val="20"/>
                <w:szCs w:val="20"/>
                <w:lang w:val="sk-SK" w:eastAsia="sk-SK"/>
                <w14:ligatures w14:val="standardContextual"/>
              </w:rPr>
            </w:pPr>
          </w:p>
          <w:p w:rsidR="007D4745" w:rsidRPr="00BB4BFC" w:rsidRDefault="007D4745" w:rsidP="00161CDC">
            <w:pPr>
              <w:ind w:left="284"/>
              <w:rPr>
                <w:kern w:val="2"/>
                <w:sz w:val="20"/>
                <w:szCs w:val="20"/>
                <w:lang w:val="sk-SK" w:eastAsia="sk-SK"/>
                <w14:ligatures w14:val="standardContextual"/>
              </w:rPr>
            </w:pPr>
          </w:p>
          <w:p w:rsidR="007D4745" w:rsidRPr="00BB4BFC" w:rsidRDefault="007D4745" w:rsidP="00161CDC">
            <w:pPr>
              <w:ind w:left="284"/>
              <w:rPr>
                <w:kern w:val="2"/>
                <w:sz w:val="20"/>
                <w:szCs w:val="20"/>
                <w:lang w:val="sk-SK" w:eastAsia="sk-SK"/>
                <w14:ligatures w14:val="standardContextual"/>
              </w:rPr>
            </w:pPr>
          </w:p>
          <w:p w:rsidR="00EA0E96" w:rsidRPr="00BB4BFC" w:rsidRDefault="00EA0E96" w:rsidP="00161CDC">
            <w:pPr>
              <w:ind w:left="284"/>
              <w:rPr>
                <w:kern w:val="2"/>
                <w:sz w:val="20"/>
                <w:szCs w:val="20"/>
                <w:lang w:val="sk-SK" w:eastAsia="sk-SK"/>
                <w14:ligatures w14:val="standardContextual"/>
              </w:rPr>
            </w:pPr>
          </w:p>
        </w:tc>
      </w:tr>
    </w:tbl>
    <w:p w:rsidR="00D81412" w:rsidRPr="00BB4BFC" w:rsidRDefault="00D81412" w:rsidP="00161CDC">
      <w:pPr>
        <w:spacing w:before="120" w:after="120"/>
        <w:ind w:left="284"/>
        <w:rPr>
          <w:sz w:val="20"/>
          <w:szCs w:val="20"/>
          <w:lang w:val="sk-SK"/>
        </w:rPr>
      </w:pPr>
      <w:r w:rsidRPr="00BB4BFC">
        <w:rPr>
          <w:b/>
          <w:sz w:val="20"/>
          <w:szCs w:val="20"/>
          <w:lang w:val="sk-SK"/>
        </w:rPr>
        <w:t>D. Chýbajúca alebo nedostatočná starostlivosť:</w:t>
      </w:r>
      <w:r w:rsidRPr="00BB4BFC">
        <w:rPr>
          <w:rFonts w:ascii="Segoe UI Symbol" w:hAnsi="Segoe UI Symbol"/>
          <w:sz w:val="20"/>
          <w:szCs w:val="20"/>
          <w:lang w:val="sk-SK"/>
        </w:rPr>
        <w:t xml:space="preserve"> </w:t>
      </w:r>
      <w:r w:rsidR="00135100" w:rsidRPr="00BB4BFC">
        <w:rPr>
          <w:rFonts w:ascii="Segoe UI Symbol" w:hAnsi="Segoe UI Symbol"/>
          <w:sz w:val="20"/>
          <w:szCs w:val="20"/>
          <w:lang w:val="sk-SK"/>
        </w:rPr>
        <w:t xml:space="preserve">    </w:t>
      </w:r>
      <w:r w:rsidR="00EA0E96" w:rsidRPr="00BB4BFC">
        <w:rPr>
          <w:rFonts w:ascii="Segoe UI Symbol" w:hAnsi="Segoe UI Symbol"/>
          <w:sz w:val="20"/>
          <w:szCs w:val="20"/>
          <w:lang w:val="sk-SK"/>
        </w:rPr>
        <w:t xml:space="preserve"> </w:t>
      </w:r>
      <w:r w:rsidRPr="00BB4BFC">
        <w:rPr>
          <w:rFonts w:ascii="Segoe UI Symbol" w:hAnsi="Segoe UI Symbol"/>
          <w:sz w:val="20"/>
          <w:szCs w:val="20"/>
          <w:lang w:val="sk-SK"/>
        </w:rPr>
        <w:t>☐</w:t>
      </w:r>
    </w:p>
    <w:p w:rsidR="00C62B4D" w:rsidRPr="00BB4BFC" w:rsidRDefault="00C62B4D" w:rsidP="00161CDC">
      <w:pPr>
        <w:spacing w:before="120" w:after="120"/>
        <w:ind w:left="284"/>
        <w:jc w:val="both"/>
        <w:rPr>
          <w:sz w:val="20"/>
          <w:szCs w:val="20"/>
          <w:lang w:val="sk-SK"/>
        </w:rPr>
      </w:pPr>
      <w:r w:rsidRPr="00BB4BFC">
        <w:rPr>
          <w:i/>
          <w:iCs/>
          <w:sz w:val="20"/>
          <w:szCs w:val="20"/>
          <w:lang w:val="sk-SK"/>
        </w:rPr>
        <w:t>Inštrukcia: Opíšte, aká starostlivosť chýba alebo je nedostatočná, v čom sa situácia prejavuje a aké následky môže mať na zdravie alebo život fyzickej osoby.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D81412" w:rsidRPr="00EC0DFF" w:rsidTr="007D4745">
        <w:trPr>
          <w:trHeight w:val="1815"/>
          <w:tblCellSpacing w:w="15" w:type="dxa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0973" w:rsidRPr="00BB4BFC" w:rsidRDefault="00290973" w:rsidP="00161CDC">
            <w:pPr>
              <w:ind w:left="284"/>
              <w:rPr>
                <w:kern w:val="2"/>
                <w:sz w:val="20"/>
                <w:szCs w:val="20"/>
                <w:lang w:val="sk-SK" w:eastAsia="sk-SK"/>
                <w14:ligatures w14:val="standardContextual"/>
              </w:rPr>
            </w:pPr>
          </w:p>
          <w:p w:rsidR="00EA0E96" w:rsidRPr="00BB4BFC" w:rsidRDefault="00EA0E96" w:rsidP="00161CDC">
            <w:pPr>
              <w:ind w:left="284"/>
              <w:rPr>
                <w:kern w:val="2"/>
                <w:sz w:val="20"/>
                <w:szCs w:val="20"/>
                <w:lang w:val="sk-SK" w:eastAsia="sk-SK"/>
                <w14:ligatures w14:val="standardContextual"/>
              </w:rPr>
            </w:pPr>
          </w:p>
          <w:p w:rsidR="00EA0E96" w:rsidRPr="00BB4BFC" w:rsidRDefault="00EA0E96" w:rsidP="00161CDC">
            <w:pPr>
              <w:ind w:left="284"/>
              <w:rPr>
                <w:kern w:val="2"/>
                <w:sz w:val="20"/>
                <w:szCs w:val="20"/>
                <w:lang w:val="sk-SK" w:eastAsia="sk-SK"/>
                <w14:ligatures w14:val="standardContextual"/>
              </w:rPr>
            </w:pPr>
          </w:p>
          <w:p w:rsidR="00EA0E96" w:rsidRPr="00BB4BFC" w:rsidRDefault="00EA0E96" w:rsidP="00161CDC">
            <w:pPr>
              <w:ind w:left="284"/>
              <w:rPr>
                <w:kern w:val="2"/>
                <w:sz w:val="20"/>
                <w:szCs w:val="20"/>
                <w:lang w:val="sk-SK" w:eastAsia="sk-SK"/>
                <w14:ligatures w14:val="standardContextual"/>
              </w:rPr>
            </w:pPr>
          </w:p>
          <w:p w:rsidR="00EA2B1A" w:rsidRPr="00BB4BFC" w:rsidRDefault="00EA2B1A" w:rsidP="00161CDC">
            <w:pPr>
              <w:ind w:left="284"/>
              <w:rPr>
                <w:kern w:val="2"/>
                <w:sz w:val="20"/>
                <w:szCs w:val="20"/>
                <w:lang w:val="sk-SK" w:eastAsia="sk-SK"/>
                <w14:ligatures w14:val="standardContextual"/>
              </w:rPr>
            </w:pPr>
          </w:p>
          <w:p w:rsidR="00EA0E96" w:rsidRPr="00BB4BFC" w:rsidRDefault="00EA0E96" w:rsidP="00161CDC">
            <w:pPr>
              <w:ind w:left="284"/>
              <w:rPr>
                <w:kern w:val="2"/>
                <w:sz w:val="20"/>
                <w:szCs w:val="20"/>
                <w:lang w:val="sk-SK" w:eastAsia="sk-SK"/>
                <w14:ligatures w14:val="standardContextual"/>
              </w:rPr>
            </w:pPr>
          </w:p>
          <w:p w:rsidR="00EA0E96" w:rsidRPr="00BB4BFC" w:rsidRDefault="00EA0E96" w:rsidP="00161CDC">
            <w:pPr>
              <w:ind w:left="284"/>
              <w:rPr>
                <w:kern w:val="2"/>
                <w:sz w:val="20"/>
                <w:szCs w:val="20"/>
                <w:lang w:val="sk-SK" w:eastAsia="sk-SK"/>
                <w14:ligatures w14:val="standardContextual"/>
              </w:rPr>
            </w:pPr>
          </w:p>
        </w:tc>
      </w:tr>
    </w:tbl>
    <w:p w:rsidR="00D81412" w:rsidRPr="00BB4BFC" w:rsidRDefault="00D81412" w:rsidP="00161CDC">
      <w:pPr>
        <w:spacing w:before="120" w:after="120"/>
        <w:ind w:left="284"/>
        <w:rPr>
          <w:sz w:val="20"/>
          <w:szCs w:val="20"/>
          <w:lang w:val="sk-SK"/>
        </w:rPr>
      </w:pPr>
      <w:r w:rsidRPr="00BB4BFC">
        <w:rPr>
          <w:b/>
          <w:bCs/>
          <w:sz w:val="20"/>
          <w:szCs w:val="20"/>
          <w:lang w:val="sk-SK"/>
        </w:rPr>
        <w:t>E.</w:t>
      </w:r>
      <w:r w:rsidRPr="00BB4BFC">
        <w:rPr>
          <w:b/>
          <w:sz w:val="20"/>
          <w:szCs w:val="20"/>
          <w:lang w:val="sk-SK"/>
        </w:rPr>
        <w:t xml:space="preserve"> Iné závažné skutočnosti:</w:t>
      </w:r>
      <w:r w:rsidRPr="00BB4BFC">
        <w:rPr>
          <w:rFonts w:ascii="Segoe UI Symbol" w:hAnsi="Segoe UI Symbol"/>
          <w:sz w:val="20"/>
          <w:szCs w:val="20"/>
          <w:lang w:val="sk-SK"/>
        </w:rPr>
        <w:t xml:space="preserve"> </w:t>
      </w:r>
      <w:r w:rsidR="00135100" w:rsidRPr="00BB4BFC">
        <w:rPr>
          <w:rFonts w:ascii="Segoe UI Symbol" w:hAnsi="Segoe UI Symbol"/>
          <w:sz w:val="20"/>
          <w:szCs w:val="20"/>
          <w:lang w:val="sk-SK"/>
        </w:rPr>
        <w:t xml:space="preserve">    </w:t>
      </w:r>
      <w:r w:rsidRPr="00BB4BFC">
        <w:rPr>
          <w:rFonts w:ascii="Segoe UI Symbol" w:hAnsi="Segoe UI Symbol"/>
          <w:sz w:val="20"/>
          <w:szCs w:val="20"/>
          <w:lang w:val="sk-SK"/>
        </w:rPr>
        <w:t>☐</w:t>
      </w:r>
    </w:p>
    <w:p w:rsidR="00C62B4D" w:rsidRPr="00BB4BFC" w:rsidRDefault="00C62B4D" w:rsidP="00161CDC">
      <w:pPr>
        <w:spacing w:before="120" w:after="120"/>
        <w:ind w:left="284"/>
        <w:rPr>
          <w:i/>
          <w:iCs/>
          <w:sz w:val="20"/>
          <w:szCs w:val="20"/>
          <w:lang w:val="sk-SK"/>
        </w:rPr>
      </w:pPr>
      <w:r w:rsidRPr="00BB4BFC">
        <w:rPr>
          <w:i/>
          <w:iCs/>
          <w:sz w:val="20"/>
          <w:szCs w:val="20"/>
          <w:lang w:val="sk-SK"/>
        </w:rPr>
        <w:t>Inštrukcia: Uveďte ďalšie závažné okolnosti, ktoré zvyšujú naliehavosť situácie, napríklad nevhodné bývanie, sociálnu izoláciu, náhlu krízovú situáciu alebo iné mimoriadne skutočnosti.</w:t>
      </w:r>
    </w:p>
    <w:p w:rsidR="00C844D8" w:rsidRPr="00BB4BFC" w:rsidRDefault="00C844D8" w:rsidP="00161CDC">
      <w:pPr>
        <w:ind w:left="284"/>
        <w:rPr>
          <w:i/>
          <w:iCs/>
          <w:sz w:val="20"/>
          <w:szCs w:val="20"/>
          <w:lang w:val="sk-SK"/>
        </w:rPr>
      </w:pPr>
    </w:p>
    <w:p w:rsidR="00C844D8" w:rsidRPr="00BB4BFC" w:rsidRDefault="00C844D8" w:rsidP="00161CDC">
      <w:pPr>
        <w:ind w:left="284"/>
        <w:rPr>
          <w:i/>
          <w:iCs/>
          <w:sz w:val="20"/>
          <w:szCs w:val="20"/>
          <w:lang w:val="sk-SK"/>
        </w:rPr>
      </w:pPr>
    </w:p>
    <w:p w:rsidR="00C844D8" w:rsidRPr="00BB4BFC" w:rsidRDefault="00C844D8" w:rsidP="00161CDC">
      <w:pPr>
        <w:ind w:left="284"/>
        <w:rPr>
          <w:i/>
          <w:iCs/>
          <w:sz w:val="20"/>
          <w:szCs w:val="20"/>
          <w:lang w:val="sk-SK"/>
        </w:rPr>
      </w:pPr>
    </w:p>
    <w:p w:rsidR="00C844D8" w:rsidRPr="00BB4BFC" w:rsidRDefault="00C844D8" w:rsidP="00161CDC">
      <w:pPr>
        <w:ind w:left="284"/>
        <w:rPr>
          <w:i/>
          <w:iCs/>
          <w:sz w:val="20"/>
          <w:szCs w:val="20"/>
          <w:lang w:val="sk-SK"/>
        </w:rPr>
      </w:pPr>
    </w:p>
    <w:p w:rsidR="00D81412" w:rsidRPr="00BB4BFC" w:rsidRDefault="00D81412" w:rsidP="00161CDC">
      <w:pPr>
        <w:spacing w:before="120" w:after="120"/>
        <w:ind w:left="284"/>
        <w:rPr>
          <w:sz w:val="20"/>
          <w:szCs w:val="20"/>
          <w:lang w:val="pl-PL"/>
        </w:rPr>
      </w:pPr>
      <w:r w:rsidRPr="00BB4BFC">
        <w:rPr>
          <w:b/>
          <w:bCs/>
          <w:sz w:val="20"/>
          <w:szCs w:val="20"/>
          <w:lang w:val="pl-PL"/>
        </w:rPr>
        <w:t>F.</w:t>
      </w:r>
      <w:r w:rsidRPr="00BB4BFC">
        <w:rPr>
          <w:b/>
          <w:sz w:val="20"/>
          <w:szCs w:val="20"/>
          <w:lang w:val="pl-PL"/>
        </w:rPr>
        <w:t xml:space="preserve"> Ukončenie pobytu v </w:t>
      </w:r>
      <w:r w:rsidRPr="00BB4BFC">
        <w:rPr>
          <w:b/>
          <w:bCs/>
          <w:sz w:val="20"/>
          <w:szCs w:val="20"/>
          <w:lang w:val="pl-PL"/>
        </w:rPr>
        <w:t>centre pre deti a rodiny (</w:t>
      </w:r>
      <w:r w:rsidRPr="00BB4BFC">
        <w:rPr>
          <w:b/>
          <w:sz w:val="20"/>
          <w:szCs w:val="20"/>
          <w:lang w:val="pl-PL"/>
        </w:rPr>
        <w:t>CDR</w:t>
      </w:r>
      <w:r w:rsidRPr="00BB4BFC">
        <w:rPr>
          <w:b/>
          <w:bCs/>
          <w:sz w:val="20"/>
          <w:szCs w:val="20"/>
          <w:lang w:val="pl-PL"/>
        </w:rPr>
        <w:t>)</w:t>
      </w:r>
      <w:r w:rsidRPr="00BB4BFC">
        <w:rPr>
          <w:rFonts w:ascii="Segoe UI Symbol" w:hAnsi="Segoe UI Symbol"/>
          <w:sz w:val="20"/>
          <w:szCs w:val="20"/>
          <w:lang w:val="pl-PL"/>
        </w:rPr>
        <w:t xml:space="preserve"> </w:t>
      </w:r>
      <w:r w:rsidR="00135100" w:rsidRPr="00BB4BFC">
        <w:rPr>
          <w:rFonts w:ascii="Segoe UI Symbol" w:hAnsi="Segoe UI Symbol"/>
          <w:sz w:val="20"/>
          <w:szCs w:val="20"/>
          <w:lang w:val="pl-PL"/>
        </w:rPr>
        <w:t xml:space="preserve">     </w:t>
      </w:r>
      <w:r w:rsidRPr="00BB4BFC">
        <w:rPr>
          <w:rFonts w:ascii="Segoe UI Symbol" w:hAnsi="Segoe UI Symbol"/>
          <w:sz w:val="20"/>
          <w:szCs w:val="20"/>
          <w:lang w:val="pl-PL"/>
        </w:rPr>
        <w:t>☐</w:t>
      </w:r>
    </w:p>
    <w:p w:rsidR="00C62B4D" w:rsidRPr="00BB4BFC" w:rsidRDefault="00C62B4D" w:rsidP="00161CDC">
      <w:pPr>
        <w:spacing w:before="120" w:after="120"/>
        <w:ind w:left="284"/>
        <w:jc w:val="both"/>
        <w:rPr>
          <w:i/>
          <w:iCs/>
          <w:sz w:val="20"/>
          <w:szCs w:val="20"/>
          <w:lang w:val="pl-PL"/>
        </w:rPr>
      </w:pPr>
      <w:r w:rsidRPr="00BB4BFC">
        <w:rPr>
          <w:i/>
          <w:iCs/>
          <w:sz w:val="20"/>
          <w:szCs w:val="20"/>
          <w:lang w:val="pl-PL"/>
        </w:rPr>
        <w:t>Inštrukcia: Uveďte, či ide o osobu odkázanú na pomoc inej osoby, ktorej sa končí pobyt v CDR a nemá zabezpečené podmienky na bývanie.</w:t>
      </w:r>
    </w:p>
    <w:p w:rsidR="00B87D96" w:rsidRPr="00BB4BFC" w:rsidRDefault="00B87D96" w:rsidP="00161CDC">
      <w:pPr>
        <w:ind w:left="284"/>
        <w:jc w:val="both"/>
        <w:rPr>
          <w:i/>
          <w:iCs/>
          <w:sz w:val="20"/>
          <w:szCs w:val="20"/>
          <w:lang w:val="pl-PL"/>
        </w:rPr>
      </w:pPr>
    </w:p>
    <w:p w:rsidR="00EA2B1A" w:rsidRPr="00BB4BFC" w:rsidRDefault="00EA2B1A" w:rsidP="00667D65">
      <w:pPr>
        <w:jc w:val="both"/>
        <w:rPr>
          <w:i/>
          <w:iCs/>
          <w:sz w:val="20"/>
          <w:szCs w:val="20"/>
          <w:lang w:val="pl-PL"/>
        </w:rPr>
      </w:pPr>
    </w:p>
    <w:p w:rsidR="00EA2B1A" w:rsidRDefault="00EA2B1A" w:rsidP="00667D65">
      <w:pPr>
        <w:jc w:val="both"/>
        <w:rPr>
          <w:i/>
          <w:iCs/>
          <w:sz w:val="20"/>
          <w:szCs w:val="20"/>
          <w:lang w:val="pl-PL"/>
        </w:rPr>
      </w:pPr>
    </w:p>
    <w:p w:rsidR="00406BD0" w:rsidRPr="00BB4BFC" w:rsidRDefault="00406BD0" w:rsidP="00667D65">
      <w:pPr>
        <w:jc w:val="both"/>
        <w:rPr>
          <w:i/>
          <w:iCs/>
          <w:sz w:val="20"/>
          <w:szCs w:val="20"/>
          <w:lang w:val="pl-PL"/>
        </w:rPr>
      </w:pPr>
    </w:p>
    <w:p w:rsidR="00C62B4D" w:rsidRPr="00BB4BFC" w:rsidRDefault="00C62B4D" w:rsidP="00EA2B1A">
      <w:pPr>
        <w:pStyle w:val="Odsekzoznamu"/>
        <w:numPr>
          <w:ilvl w:val="0"/>
          <w:numId w:val="14"/>
        </w:numPr>
        <w:spacing w:before="120" w:after="120"/>
        <w:ind w:left="284" w:hanging="284"/>
        <w:rPr>
          <w:color w:val="365F91" w:themeColor="accent1" w:themeShade="BF"/>
          <w:sz w:val="20"/>
          <w:szCs w:val="20"/>
          <w:lang w:val="pl-PL"/>
        </w:rPr>
      </w:pPr>
      <w:r w:rsidRPr="00BB4BFC">
        <w:rPr>
          <w:b/>
          <w:bCs/>
          <w:color w:val="365F91" w:themeColor="accent1" w:themeShade="BF"/>
          <w:sz w:val="20"/>
          <w:szCs w:val="20"/>
          <w:lang w:val="pl-PL"/>
        </w:rPr>
        <w:t>Doteraz vykonané kroky k riešeniu situácie</w:t>
      </w:r>
    </w:p>
    <w:p w:rsidR="00C62B4D" w:rsidRPr="00BB4BFC" w:rsidRDefault="00C62B4D" w:rsidP="00EA2B1A">
      <w:pPr>
        <w:spacing w:before="120" w:after="120"/>
        <w:jc w:val="both"/>
        <w:rPr>
          <w:sz w:val="20"/>
          <w:szCs w:val="20"/>
          <w:lang w:val="pl-PL"/>
        </w:rPr>
      </w:pPr>
      <w:r w:rsidRPr="00BB4BFC">
        <w:rPr>
          <w:i/>
          <w:iCs/>
          <w:sz w:val="20"/>
          <w:szCs w:val="20"/>
          <w:lang w:val="pl-PL"/>
        </w:rPr>
        <w:t xml:space="preserve">Inštrukcia: Opíšte, aké kroky ste už podnikli na riešenie </w:t>
      </w:r>
      <w:r w:rsidR="00FF2C23" w:rsidRPr="00BB4BFC">
        <w:rPr>
          <w:i/>
          <w:iCs/>
          <w:sz w:val="20"/>
          <w:szCs w:val="20"/>
          <w:lang w:val="pl-PL"/>
        </w:rPr>
        <w:t>krízovej</w:t>
      </w:r>
      <w:r w:rsidRPr="00BB4BFC">
        <w:rPr>
          <w:i/>
          <w:iCs/>
          <w:sz w:val="20"/>
          <w:szCs w:val="20"/>
          <w:lang w:val="pl-PL"/>
        </w:rPr>
        <w:t xml:space="preserve"> situácie (napr. kontaktovanie obce/mesta, podanie žiadosti o </w:t>
      </w:r>
      <w:r w:rsidR="00D81412" w:rsidRPr="00BB4BFC">
        <w:rPr>
          <w:i/>
          <w:iCs/>
          <w:sz w:val="20"/>
          <w:szCs w:val="20"/>
          <w:lang w:val="pl-PL"/>
        </w:rPr>
        <w:t xml:space="preserve">vypracovanie Integrovaného posudku na ÚPSVaR, </w:t>
      </w:r>
      <w:r w:rsidRPr="00BB4BFC">
        <w:rPr>
          <w:i/>
          <w:iCs/>
          <w:sz w:val="20"/>
          <w:szCs w:val="20"/>
          <w:lang w:val="pl-PL"/>
        </w:rPr>
        <w:t>pokusy o zabezpečenie domácej opatrovateľskej služby, kontaktovanie iných zariadení sociálnych služieb alebo hľadanie pomoci v rodine) a s akým výsledkom.</w:t>
      </w:r>
    </w:p>
    <w:p w:rsidR="00135100" w:rsidRPr="00BB4BFC" w:rsidRDefault="00135100" w:rsidP="00E2697E">
      <w:pPr>
        <w:spacing w:after="120"/>
        <w:ind w:firstLine="426"/>
        <w:rPr>
          <w:kern w:val="2"/>
          <w:sz w:val="20"/>
          <w:szCs w:val="20"/>
          <w:lang w:val="sk-SK" w:eastAsia="sk-SK"/>
          <w14:ligatures w14:val="standardContextual"/>
        </w:rPr>
      </w:pPr>
      <w:r w:rsidRPr="00BB4BFC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BB4BFC">
        <w:rPr>
          <w:sz w:val="20"/>
          <w:szCs w:val="20"/>
          <w:lang w:val="pl-PL"/>
        </w:rPr>
        <w:t xml:space="preserve"> Kontaktovanie obce / mesta podľa miesta pobytu</w:t>
      </w:r>
    </w:p>
    <w:p w:rsidR="00135100" w:rsidRPr="00BB4BFC" w:rsidRDefault="00135100" w:rsidP="00E2697E">
      <w:pPr>
        <w:spacing w:after="120"/>
        <w:ind w:firstLine="426"/>
        <w:rPr>
          <w:kern w:val="2"/>
          <w:sz w:val="20"/>
          <w:szCs w:val="20"/>
          <w:lang w:val="sk-SK" w:eastAsia="sk-SK"/>
          <w14:ligatures w14:val="standardContextual"/>
        </w:rPr>
      </w:pPr>
      <w:r w:rsidRPr="00BB4BFC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BB4BFC">
        <w:rPr>
          <w:sz w:val="20"/>
          <w:szCs w:val="20"/>
          <w:lang w:val="pl-PL"/>
        </w:rPr>
        <w:t xml:space="preserve"> Podanie žiadosti o vypracovanie integrovaného posudku na ÚPSVaR</w:t>
      </w:r>
    </w:p>
    <w:p w:rsidR="00135100" w:rsidRPr="00BB4BFC" w:rsidRDefault="00135100" w:rsidP="00E2697E">
      <w:pPr>
        <w:spacing w:after="120"/>
        <w:ind w:firstLine="426"/>
        <w:rPr>
          <w:kern w:val="2"/>
          <w:sz w:val="20"/>
          <w:szCs w:val="20"/>
          <w:lang w:val="sk-SK" w:eastAsia="sk-SK"/>
          <w14:ligatures w14:val="standardContextual"/>
        </w:rPr>
      </w:pPr>
      <w:r w:rsidRPr="00BB4BFC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Preverenie možnosti domácej opatrovateľskej služby</w:t>
      </w:r>
    </w:p>
    <w:p w:rsidR="00135100" w:rsidRPr="00BB4BFC" w:rsidRDefault="00135100" w:rsidP="00E2697E">
      <w:pPr>
        <w:spacing w:after="120"/>
        <w:ind w:firstLine="426"/>
        <w:rPr>
          <w:kern w:val="2"/>
          <w:sz w:val="20"/>
          <w:szCs w:val="20"/>
          <w:lang w:val="sk-SK" w:eastAsia="sk-SK"/>
          <w14:ligatures w14:val="standardContextual"/>
        </w:rPr>
      </w:pPr>
      <w:r w:rsidRPr="00BB4BFC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Kontaktovanie zariadení sociálnych služieb a zisťovanie voľných miest</w:t>
      </w:r>
    </w:p>
    <w:p w:rsidR="00135100" w:rsidRPr="00BB4BFC" w:rsidRDefault="00135100" w:rsidP="00E2697E">
      <w:pPr>
        <w:spacing w:after="120"/>
        <w:ind w:firstLine="426"/>
        <w:rPr>
          <w:kern w:val="2"/>
          <w:sz w:val="20"/>
          <w:szCs w:val="20"/>
          <w:lang w:val="sk-SK" w:eastAsia="sk-SK"/>
          <w14:ligatures w14:val="standardContextual"/>
        </w:rPr>
      </w:pPr>
      <w:r w:rsidRPr="00BB4BFC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Oslovenie rodinných príslušníkov alebo blízkych osôb</w:t>
      </w:r>
    </w:p>
    <w:p w:rsidR="00135100" w:rsidRPr="00BB4BFC" w:rsidRDefault="00135100" w:rsidP="00E2697E">
      <w:pPr>
        <w:spacing w:after="120"/>
        <w:ind w:firstLine="426"/>
        <w:rPr>
          <w:kern w:val="2"/>
          <w:sz w:val="20"/>
          <w:szCs w:val="20"/>
          <w:lang w:val="sk-SK" w:eastAsia="sk-SK"/>
          <w14:ligatures w14:val="standardContextual"/>
        </w:rPr>
      </w:pPr>
      <w:r w:rsidRPr="00BB4BFC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Kontaktovanie ošetrujúceho lekára alebo zdravotníckeho zariadenia</w:t>
      </w:r>
    </w:p>
    <w:p w:rsidR="00135100" w:rsidRPr="00BB4BFC" w:rsidRDefault="00135100" w:rsidP="00E2697E">
      <w:pPr>
        <w:spacing w:after="120"/>
        <w:ind w:firstLine="426"/>
        <w:rPr>
          <w:kern w:val="2"/>
          <w:sz w:val="20"/>
          <w:szCs w:val="20"/>
          <w:lang w:val="sk-SK" w:eastAsia="sk-SK"/>
          <w14:ligatures w14:val="standardContextual"/>
        </w:rPr>
      </w:pPr>
      <w:r w:rsidRPr="00BB4BFC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BB4BFC">
        <w:rPr>
          <w:sz w:val="20"/>
          <w:szCs w:val="20"/>
          <w:lang w:val="pl-PL"/>
        </w:rPr>
        <w:t xml:space="preserve"> Kontaktovanie terénnej sociálnej služby alebo komunitného centra</w:t>
      </w:r>
    </w:p>
    <w:p w:rsidR="00135100" w:rsidRPr="00BB4BFC" w:rsidRDefault="00135100" w:rsidP="00E2697E">
      <w:pPr>
        <w:spacing w:after="120"/>
        <w:ind w:firstLine="426"/>
        <w:rPr>
          <w:kern w:val="2"/>
          <w:sz w:val="20"/>
          <w:szCs w:val="20"/>
          <w:lang w:val="sk-SK" w:eastAsia="sk-SK"/>
          <w14:ligatures w14:val="standardContextual"/>
        </w:rPr>
      </w:pPr>
      <w:r w:rsidRPr="00BB4BFC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Podanie podnetu na orgán sociálnoprávnej ochrany alebo inú príslušnú inštitúciu</w:t>
      </w:r>
    </w:p>
    <w:p w:rsidR="00135100" w:rsidRPr="00BB4BFC" w:rsidRDefault="00135100" w:rsidP="00E2697E">
      <w:pPr>
        <w:spacing w:after="120"/>
        <w:ind w:firstLine="426"/>
        <w:rPr>
          <w:kern w:val="2"/>
          <w:sz w:val="20"/>
          <w:szCs w:val="20"/>
          <w:lang w:val="sk-SK" w:eastAsia="sk-SK"/>
          <w14:ligatures w14:val="standardContextual"/>
        </w:rPr>
      </w:pPr>
      <w:r w:rsidRPr="00BB4BFC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BB4BFC">
        <w:rPr>
          <w:sz w:val="20"/>
          <w:szCs w:val="20"/>
          <w:lang w:val="pl-PL"/>
        </w:rPr>
        <w:t xml:space="preserve"> Kontaktovanie polície alebo záchrannej zdravotnej služby, ak išlo o bezprostredné ohrozenie</w:t>
      </w:r>
    </w:p>
    <w:p w:rsidR="00135100" w:rsidRPr="00BB4BFC" w:rsidRDefault="00135100" w:rsidP="00E2697E">
      <w:pPr>
        <w:spacing w:after="120"/>
        <w:ind w:firstLine="426"/>
        <w:rPr>
          <w:sz w:val="20"/>
          <w:szCs w:val="20"/>
          <w:lang w:val="sk-SK"/>
        </w:rPr>
      </w:pPr>
      <w:r w:rsidRPr="00BB4BFC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Iné vykonané kroky:</w:t>
      </w:r>
    </w:p>
    <w:p w:rsidR="008429B3" w:rsidRPr="00BB4BFC" w:rsidRDefault="008429B3">
      <w:pPr>
        <w:rPr>
          <w:sz w:val="20"/>
          <w:szCs w:val="20"/>
          <w:lang w:val="sk-SK"/>
        </w:rPr>
      </w:pPr>
    </w:p>
    <w:p w:rsidR="00C62B4D" w:rsidRPr="00BB4BFC" w:rsidRDefault="00C62B4D" w:rsidP="00EA2B1A">
      <w:pPr>
        <w:pStyle w:val="Odsekzoznamu"/>
        <w:numPr>
          <w:ilvl w:val="0"/>
          <w:numId w:val="14"/>
        </w:numPr>
        <w:spacing w:before="120" w:after="120"/>
        <w:ind w:left="284" w:hanging="284"/>
        <w:rPr>
          <w:color w:val="365F91" w:themeColor="accent1" w:themeShade="BF"/>
          <w:sz w:val="20"/>
          <w:szCs w:val="20"/>
          <w:lang w:val="sk-SK"/>
        </w:rPr>
      </w:pPr>
      <w:r w:rsidRPr="00BB4BFC">
        <w:rPr>
          <w:b/>
          <w:bCs/>
          <w:color w:val="365F91" w:themeColor="accent1" w:themeShade="BF"/>
          <w:sz w:val="20"/>
          <w:szCs w:val="20"/>
          <w:lang w:val="sk-SK"/>
        </w:rPr>
        <w:t>Kontrolný zoznam požadovaných dokladov</w:t>
      </w:r>
    </w:p>
    <w:p w:rsidR="00C62B4D" w:rsidRPr="00BB4BFC" w:rsidRDefault="00C62B4D" w:rsidP="00EA2B1A">
      <w:pPr>
        <w:spacing w:before="120" w:after="120"/>
        <w:rPr>
          <w:kern w:val="2"/>
          <w:sz w:val="20"/>
          <w:szCs w:val="20"/>
          <w:lang w:val="sk-SK" w:eastAsia="sk-SK"/>
          <w14:ligatures w14:val="standardContextual"/>
        </w:rPr>
      </w:pPr>
      <w:r w:rsidRPr="00BB4BFC">
        <w:rPr>
          <w:i/>
          <w:iCs/>
          <w:sz w:val="20"/>
          <w:szCs w:val="20"/>
          <w:lang w:val="sk-SK"/>
        </w:rPr>
        <w:t>Inštrukcia: Prosím, prílohy zaškrtnite podľa toho, čo predkladáte:</w:t>
      </w:r>
    </w:p>
    <w:p w:rsidR="00C62B4D" w:rsidRPr="00BB4BFC" w:rsidRDefault="00C62B4D" w:rsidP="00E2697E">
      <w:pPr>
        <w:spacing w:after="120"/>
        <w:ind w:left="709" w:hanging="283"/>
        <w:rPr>
          <w:sz w:val="20"/>
          <w:szCs w:val="20"/>
          <w:lang w:val="sk-SK"/>
        </w:rPr>
      </w:pPr>
      <w:r w:rsidRPr="00BB4BFC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Lekárska správa s podrobným popisom zdravotného stavu osoby vyžadujúcej bezodkladné </w:t>
      </w:r>
      <w:r w:rsidR="00E2697E">
        <w:rPr>
          <w:sz w:val="20"/>
          <w:szCs w:val="20"/>
          <w:lang w:val="sk-SK"/>
        </w:rPr>
        <w:t xml:space="preserve">  </w:t>
      </w:r>
      <w:r w:rsidRPr="00BB4BFC">
        <w:rPr>
          <w:sz w:val="20"/>
          <w:szCs w:val="20"/>
          <w:lang w:val="sk-SK"/>
        </w:rPr>
        <w:t>poskytovanie sociálnej služby</w:t>
      </w:r>
    </w:p>
    <w:p w:rsidR="00C62B4D" w:rsidRPr="00BB4BFC" w:rsidRDefault="00C62B4D" w:rsidP="00E2697E">
      <w:pPr>
        <w:spacing w:after="120"/>
        <w:ind w:left="709" w:hanging="283"/>
        <w:rPr>
          <w:sz w:val="20"/>
          <w:szCs w:val="20"/>
          <w:lang w:val="sk-SK"/>
        </w:rPr>
      </w:pPr>
      <w:r w:rsidRPr="00BB4BFC">
        <w:rPr>
          <w:sz w:val="20"/>
          <w:szCs w:val="20"/>
          <w:lang w:val="sk-SK"/>
        </w:rPr>
        <w:t>☐ Potvrdenie ošetrujúceho lekára o zdravotnom stave žiadateľa na účely zastupovania podľa § 92 ods. 2 (povinné, ak žiadosť podáva iná osoba)</w:t>
      </w:r>
    </w:p>
    <w:p w:rsidR="00C62B4D" w:rsidRPr="00BB4BFC" w:rsidRDefault="00C62B4D" w:rsidP="00E2697E">
      <w:pPr>
        <w:spacing w:after="120"/>
        <w:ind w:left="426"/>
        <w:rPr>
          <w:sz w:val="20"/>
          <w:szCs w:val="20"/>
          <w:lang w:val="sk-SK"/>
        </w:rPr>
      </w:pPr>
      <w:r w:rsidRPr="00BB4BFC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Policajný protokol, oznámenie o domácom násilí alebo hrozbách</w:t>
      </w:r>
    </w:p>
    <w:p w:rsidR="00C62B4D" w:rsidRPr="00BB4BFC" w:rsidRDefault="00C62B4D" w:rsidP="00E2697E">
      <w:pPr>
        <w:spacing w:after="120"/>
        <w:ind w:left="426"/>
        <w:rPr>
          <w:sz w:val="20"/>
          <w:szCs w:val="20"/>
          <w:lang w:val="sk-SK"/>
        </w:rPr>
      </w:pPr>
      <w:r w:rsidRPr="00BB4BFC">
        <w:rPr>
          <w:sz w:val="20"/>
          <w:szCs w:val="20"/>
          <w:lang w:val="sk-SK"/>
        </w:rPr>
        <w:t xml:space="preserve">☐ Úmrtný list </w:t>
      </w:r>
      <w:r w:rsidR="00216BD7" w:rsidRPr="00BB4BFC">
        <w:rPr>
          <w:sz w:val="20"/>
          <w:szCs w:val="20"/>
          <w:lang w:val="sk-SK"/>
        </w:rPr>
        <w:t xml:space="preserve">súdom ustanoveného </w:t>
      </w:r>
      <w:r w:rsidRPr="00BB4BFC">
        <w:rPr>
          <w:sz w:val="20"/>
          <w:szCs w:val="20"/>
          <w:lang w:val="sk-SK"/>
        </w:rPr>
        <w:t>opatrov</w:t>
      </w:r>
      <w:r w:rsidR="00216BD7" w:rsidRPr="00BB4BFC">
        <w:rPr>
          <w:sz w:val="20"/>
          <w:szCs w:val="20"/>
          <w:lang w:val="sk-SK"/>
        </w:rPr>
        <w:t>níka</w:t>
      </w:r>
      <w:r w:rsidRPr="00BB4BFC">
        <w:rPr>
          <w:sz w:val="20"/>
          <w:szCs w:val="20"/>
          <w:lang w:val="sk-SK"/>
        </w:rPr>
        <w:t xml:space="preserve"> / osoby zabezpečujúcej starostlivosť</w:t>
      </w:r>
    </w:p>
    <w:p w:rsidR="00C62B4D" w:rsidRPr="00BB4BFC" w:rsidRDefault="00C62B4D" w:rsidP="00E2697E">
      <w:pPr>
        <w:spacing w:after="120"/>
        <w:ind w:left="426"/>
        <w:rPr>
          <w:sz w:val="20"/>
          <w:szCs w:val="20"/>
          <w:lang w:val="sk-SK"/>
        </w:rPr>
      </w:pPr>
      <w:r w:rsidRPr="00BB4BFC">
        <w:rPr>
          <w:sz w:val="20"/>
          <w:szCs w:val="20"/>
          <w:lang w:val="sk-SK"/>
        </w:rPr>
        <w:t>☐ Doklady o nevyhnutných životných podmienkach (napr. nefunkčný byt)</w:t>
      </w:r>
    </w:p>
    <w:p w:rsidR="00C62B4D" w:rsidRPr="00BB4BFC" w:rsidRDefault="00C62B4D" w:rsidP="00E2697E">
      <w:pPr>
        <w:spacing w:after="120"/>
        <w:ind w:left="426"/>
        <w:rPr>
          <w:sz w:val="20"/>
          <w:szCs w:val="20"/>
          <w:lang w:val="sk-SK"/>
        </w:rPr>
      </w:pPr>
      <w:r w:rsidRPr="00BB4BFC">
        <w:rPr>
          <w:sz w:val="20"/>
          <w:szCs w:val="20"/>
          <w:lang w:val="sk-SK"/>
        </w:rPr>
        <w:t xml:space="preserve">☐ </w:t>
      </w:r>
      <w:r w:rsidR="00216BD7" w:rsidRPr="00BB4BFC">
        <w:rPr>
          <w:sz w:val="20"/>
          <w:szCs w:val="20"/>
          <w:lang w:val="sk-SK"/>
        </w:rPr>
        <w:t>Právoplatný i</w:t>
      </w:r>
      <w:r w:rsidRPr="00BB4BFC">
        <w:rPr>
          <w:sz w:val="20"/>
          <w:szCs w:val="20"/>
          <w:lang w:val="sk-SK"/>
        </w:rPr>
        <w:t xml:space="preserve">ntegrovaný posudok (ak </w:t>
      </w:r>
      <w:r w:rsidR="00216BD7" w:rsidRPr="00BB4BFC">
        <w:rPr>
          <w:sz w:val="20"/>
          <w:szCs w:val="20"/>
          <w:lang w:val="sk-SK"/>
        </w:rPr>
        <w:t>je vydaný</w:t>
      </w:r>
      <w:r w:rsidRPr="00BB4BFC">
        <w:rPr>
          <w:sz w:val="20"/>
          <w:szCs w:val="20"/>
          <w:lang w:val="sk-SK"/>
        </w:rPr>
        <w:t>)</w:t>
      </w:r>
    </w:p>
    <w:p w:rsidR="00C62B4D" w:rsidRPr="00BB4BFC" w:rsidRDefault="00C62B4D" w:rsidP="00E2697E">
      <w:pPr>
        <w:spacing w:after="120"/>
        <w:ind w:left="709" w:hanging="283"/>
        <w:rPr>
          <w:sz w:val="20"/>
          <w:szCs w:val="20"/>
          <w:lang w:val="sk-SK"/>
        </w:rPr>
      </w:pPr>
      <w:r w:rsidRPr="00BB4BFC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Ak integrovaný posudok vydaný nie je, predložte potvrdenie </w:t>
      </w:r>
      <w:r w:rsidR="009B4CB0" w:rsidRPr="00BB4BFC">
        <w:rPr>
          <w:sz w:val="20"/>
          <w:szCs w:val="20"/>
          <w:lang w:val="sk-SK"/>
        </w:rPr>
        <w:t xml:space="preserve">o </w:t>
      </w:r>
      <w:r w:rsidRPr="00BB4BFC">
        <w:rPr>
          <w:sz w:val="20"/>
          <w:szCs w:val="20"/>
          <w:lang w:val="sk-SK"/>
        </w:rPr>
        <w:t>podaní podnetu na ÚPSVaR na začatie konania o integrovanom posudku</w:t>
      </w:r>
    </w:p>
    <w:p w:rsidR="00C62B4D" w:rsidRPr="00BB4BFC" w:rsidRDefault="00C62B4D" w:rsidP="00E2697E">
      <w:pPr>
        <w:spacing w:after="120"/>
        <w:ind w:left="426"/>
        <w:rPr>
          <w:sz w:val="20"/>
          <w:szCs w:val="20"/>
          <w:lang w:val="sk-SK"/>
        </w:rPr>
      </w:pPr>
      <w:r w:rsidRPr="00BB4BFC">
        <w:rPr>
          <w:rFonts w:ascii="Segoe UI Symbol" w:hAnsi="Segoe UI Symbol" w:cs="Segoe UI Symbol"/>
          <w:sz w:val="20"/>
          <w:szCs w:val="20"/>
          <w:lang w:val="sk-SK"/>
        </w:rPr>
        <w:t>☐</w:t>
      </w:r>
      <w:r w:rsidRPr="00BB4BFC">
        <w:rPr>
          <w:sz w:val="20"/>
          <w:szCs w:val="20"/>
          <w:lang w:val="sk-SK"/>
        </w:rPr>
        <w:t xml:space="preserve"> Iné relevantné doklady:</w:t>
      </w:r>
    </w:p>
    <w:p w:rsidR="00FF2C23" w:rsidRPr="00BB4BFC" w:rsidRDefault="00FF2C23" w:rsidP="00D07125">
      <w:pPr>
        <w:rPr>
          <w:sz w:val="20"/>
          <w:szCs w:val="20"/>
          <w:lang w:val="sk-SK"/>
        </w:rPr>
      </w:pPr>
    </w:p>
    <w:p w:rsidR="00C62B4D" w:rsidRPr="00BB4BFC" w:rsidRDefault="00C62B4D" w:rsidP="00745FB9">
      <w:pPr>
        <w:pStyle w:val="Odsekzoznamu"/>
        <w:numPr>
          <w:ilvl w:val="0"/>
          <w:numId w:val="14"/>
        </w:numPr>
        <w:spacing w:before="120" w:after="120"/>
        <w:ind w:left="284" w:hanging="284"/>
        <w:rPr>
          <w:b/>
          <w:bCs/>
          <w:color w:val="365F91" w:themeColor="accent1" w:themeShade="BF"/>
          <w:sz w:val="20"/>
          <w:szCs w:val="20"/>
          <w:lang w:val="sk-SK"/>
        </w:rPr>
      </w:pPr>
      <w:r w:rsidRPr="00BB4BFC">
        <w:rPr>
          <w:b/>
          <w:bCs/>
          <w:color w:val="365F91" w:themeColor="accent1" w:themeShade="BF"/>
          <w:sz w:val="20"/>
          <w:szCs w:val="20"/>
          <w:lang w:val="sk-SK"/>
        </w:rPr>
        <w:t>Vyhlásenie žiadateľa o bezodkladnosti</w:t>
      </w:r>
    </w:p>
    <w:p w:rsidR="00C62B4D" w:rsidRPr="00BB4BFC" w:rsidRDefault="00C62B4D" w:rsidP="00745FB9">
      <w:pPr>
        <w:spacing w:before="120" w:after="120"/>
        <w:jc w:val="both"/>
        <w:rPr>
          <w:i/>
          <w:iCs/>
          <w:sz w:val="20"/>
          <w:szCs w:val="20"/>
          <w:lang w:val="sk-SK"/>
        </w:rPr>
      </w:pPr>
      <w:r w:rsidRPr="00BB4BFC">
        <w:rPr>
          <w:i/>
          <w:iCs/>
          <w:sz w:val="20"/>
          <w:szCs w:val="20"/>
          <w:lang w:val="sk-SK"/>
        </w:rPr>
        <w:t xml:space="preserve">Inštrukcia: Vypĺňa </w:t>
      </w:r>
      <w:r w:rsidR="00677673" w:rsidRPr="00BB4BFC">
        <w:rPr>
          <w:i/>
          <w:iCs/>
          <w:sz w:val="20"/>
          <w:szCs w:val="20"/>
          <w:lang w:val="sk-SK"/>
        </w:rPr>
        <w:t xml:space="preserve">fyzická </w:t>
      </w:r>
      <w:r w:rsidR="00E74DE9" w:rsidRPr="00BB4BFC">
        <w:rPr>
          <w:i/>
          <w:iCs/>
          <w:sz w:val="20"/>
          <w:szCs w:val="20"/>
          <w:lang w:val="sk-SK"/>
        </w:rPr>
        <w:t>osoba, ktorej sa</w:t>
      </w:r>
      <w:r w:rsidR="00677673" w:rsidRPr="00BB4BFC">
        <w:rPr>
          <w:i/>
          <w:iCs/>
          <w:sz w:val="20"/>
          <w:szCs w:val="20"/>
          <w:lang w:val="sk-SK"/>
        </w:rPr>
        <w:t xml:space="preserve"> </w:t>
      </w:r>
      <w:r w:rsidR="00314036" w:rsidRPr="00314036">
        <w:rPr>
          <w:i/>
          <w:iCs/>
          <w:sz w:val="20"/>
          <w:szCs w:val="20"/>
          <w:lang w:val="sk-SK"/>
        </w:rPr>
        <w:t>má zabezpečiť poskytovanie sociálnej služby bezodkladne</w:t>
      </w:r>
      <w:r w:rsidR="00677673" w:rsidRPr="00BB4BFC">
        <w:rPr>
          <w:i/>
          <w:iCs/>
          <w:sz w:val="20"/>
          <w:szCs w:val="20"/>
          <w:lang w:val="sk-SK"/>
        </w:rPr>
        <w:t>,</w:t>
      </w:r>
      <w:r w:rsidRPr="00BB4BFC">
        <w:rPr>
          <w:i/>
          <w:iCs/>
          <w:sz w:val="20"/>
          <w:szCs w:val="20"/>
          <w:lang w:val="sk-SK"/>
        </w:rPr>
        <w:t>, ak</w:t>
      </w:r>
      <w:r w:rsidR="00677673" w:rsidRPr="00BB4BFC">
        <w:rPr>
          <w:i/>
          <w:iCs/>
          <w:sz w:val="20"/>
          <w:szCs w:val="20"/>
          <w:lang w:val="sk-SK"/>
        </w:rPr>
        <w:t xml:space="preserve"> jej</w:t>
      </w:r>
      <w:r w:rsidRPr="00BB4BFC">
        <w:rPr>
          <w:i/>
          <w:iCs/>
          <w:sz w:val="20"/>
          <w:szCs w:val="20"/>
          <w:lang w:val="sk-SK"/>
        </w:rPr>
        <w:t xml:space="preserve"> zdravotný stav dovoľuje žiadosť podať samostatne.</w:t>
      </w:r>
    </w:p>
    <w:p w:rsidR="0048603C" w:rsidRPr="00BB4BFC" w:rsidRDefault="00C62B4D" w:rsidP="0048603C">
      <w:pPr>
        <w:jc w:val="center"/>
        <w:rPr>
          <w:b/>
          <w:bCs/>
          <w:i/>
          <w:iCs/>
          <w:sz w:val="20"/>
          <w:szCs w:val="20"/>
          <w:lang w:val="sk-SK"/>
        </w:rPr>
      </w:pPr>
      <w:r w:rsidRPr="00BB4BFC">
        <w:rPr>
          <w:b/>
          <w:bCs/>
          <w:i/>
          <w:iCs/>
          <w:sz w:val="20"/>
          <w:szCs w:val="20"/>
          <w:lang w:val="sk-SK"/>
        </w:rPr>
        <w:t>Prehlasujem, že uvedené informácie sú pravdivé a úplné.</w:t>
      </w:r>
      <w:r w:rsidR="0048603C" w:rsidRPr="00BB4BFC">
        <w:rPr>
          <w:b/>
          <w:bCs/>
          <w:i/>
          <w:iCs/>
          <w:sz w:val="20"/>
          <w:szCs w:val="20"/>
          <w:lang w:val="sk-SK"/>
        </w:rPr>
        <w:t xml:space="preserve"> Som si vedomý/á právnych následkov uvedenia nepravdivých údajov</w:t>
      </w:r>
      <w:r w:rsidR="0077083F" w:rsidRPr="00BB4BFC">
        <w:rPr>
          <w:b/>
          <w:bCs/>
          <w:i/>
          <w:iCs/>
          <w:sz w:val="20"/>
          <w:szCs w:val="20"/>
          <w:lang w:val="sk-SK"/>
        </w:rPr>
        <w:t>.</w:t>
      </w:r>
    </w:p>
    <w:p w:rsidR="004318DC" w:rsidRPr="00BB4BFC" w:rsidRDefault="00C62B4D" w:rsidP="006A1B14">
      <w:pPr>
        <w:rPr>
          <w:sz w:val="20"/>
          <w:szCs w:val="20"/>
          <w:lang w:val="pl-PL"/>
        </w:rPr>
      </w:pPr>
      <w:r w:rsidRPr="00BB4BFC">
        <w:rPr>
          <w:sz w:val="20"/>
          <w:szCs w:val="20"/>
          <w:lang w:val="sk-SK"/>
        </w:rPr>
        <w:br/>
      </w:r>
      <w:r w:rsidRPr="00BB4BFC">
        <w:rPr>
          <w:sz w:val="20"/>
          <w:szCs w:val="20"/>
          <w:lang w:val="pl-PL"/>
        </w:rPr>
        <w:t>Dátum:</w:t>
      </w:r>
      <w:r w:rsidR="0048603C" w:rsidRPr="00BB4BFC">
        <w:rPr>
          <w:sz w:val="20"/>
          <w:szCs w:val="20"/>
          <w:lang w:val="pl-PL"/>
        </w:rPr>
        <w:tab/>
      </w:r>
      <w:r w:rsidR="0048603C" w:rsidRPr="00BB4BFC">
        <w:rPr>
          <w:sz w:val="20"/>
          <w:szCs w:val="20"/>
          <w:lang w:val="pl-PL"/>
        </w:rPr>
        <w:tab/>
      </w:r>
      <w:r w:rsidR="0048603C" w:rsidRPr="00BB4BFC">
        <w:rPr>
          <w:sz w:val="20"/>
          <w:szCs w:val="20"/>
          <w:lang w:val="pl-PL"/>
        </w:rPr>
        <w:tab/>
      </w:r>
      <w:r w:rsidR="0048603C" w:rsidRPr="00BB4BFC">
        <w:rPr>
          <w:sz w:val="20"/>
          <w:szCs w:val="20"/>
          <w:lang w:val="pl-PL"/>
        </w:rPr>
        <w:tab/>
      </w:r>
      <w:r w:rsidR="0048603C" w:rsidRPr="00BB4BFC">
        <w:rPr>
          <w:sz w:val="20"/>
          <w:szCs w:val="20"/>
          <w:lang w:val="pl-PL"/>
        </w:rPr>
        <w:tab/>
      </w:r>
      <w:r w:rsidR="0048603C" w:rsidRPr="00BB4BFC">
        <w:rPr>
          <w:sz w:val="20"/>
          <w:szCs w:val="20"/>
          <w:lang w:val="pl-PL"/>
        </w:rPr>
        <w:tab/>
      </w:r>
      <w:r w:rsidR="00745FB9" w:rsidRPr="00BB4BFC">
        <w:rPr>
          <w:sz w:val="20"/>
          <w:szCs w:val="20"/>
          <w:lang w:val="pl-PL"/>
        </w:rPr>
        <w:t xml:space="preserve">                       </w:t>
      </w:r>
      <w:r w:rsidRPr="00BB4BFC">
        <w:rPr>
          <w:sz w:val="20"/>
          <w:szCs w:val="20"/>
          <w:lang w:val="pl-PL"/>
        </w:rPr>
        <w:t>Podpis žiadateľa:</w:t>
      </w:r>
    </w:p>
    <w:p w:rsidR="000375DF" w:rsidRPr="00BB4BFC" w:rsidRDefault="000375DF" w:rsidP="006A1B14">
      <w:pPr>
        <w:rPr>
          <w:sz w:val="20"/>
          <w:szCs w:val="20"/>
          <w:lang w:val="pl-PL"/>
        </w:rPr>
      </w:pPr>
    </w:p>
    <w:p w:rsidR="00C62B4D" w:rsidRPr="00BB4BFC" w:rsidRDefault="000375DF" w:rsidP="00745FB9">
      <w:pPr>
        <w:pStyle w:val="Odsekzoznamu"/>
        <w:numPr>
          <w:ilvl w:val="0"/>
          <w:numId w:val="14"/>
        </w:numPr>
        <w:spacing w:before="120" w:after="120"/>
        <w:ind w:left="284" w:hanging="284"/>
        <w:rPr>
          <w:color w:val="365F91" w:themeColor="accent1" w:themeShade="BF"/>
          <w:sz w:val="20"/>
          <w:szCs w:val="20"/>
          <w:lang w:val="pl-PL"/>
        </w:rPr>
      </w:pPr>
      <w:r w:rsidRPr="00BB4BFC">
        <w:rPr>
          <w:b/>
          <w:bCs/>
          <w:color w:val="365F91" w:themeColor="accent1" w:themeShade="BF"/>
          <w:sz w:val="20"/>
          <w:szCs w:val="20"/>
          <w:lang w:val="pl-PL"/>
        </w:rPr>
        <w:t xml:space="preserve"> </w:t>
      </w:r>
      <w:r w:rsidR="00C62B4D" w:rsidRPr="00BB4BFC">
        <w:rPr>
          <w:b/>
          <w:bCs/>
          <w:color w:val="365F91" w:themeColor="accent1" w:themeShade="BF"/>
          <w:sz w:val="20"/>
          <w:szCs w:val="20"/>
          <w:lang w:val="pl-PL"/>
        </w:rPr>
        <w:t>Vyhlásenie osoby žiadajúcej o bezodkladnosť</w:t>
      </w:r>
    </w:p>
    <w:p w:rsidR="00C62B4D" w:rsidRPr="00BB4BFC" w:rsidRDefault="00C62B4D" w:rsidP="00745FB9">
      <w:pPr>
        <w:spacing w:before="120" w:after="120"/>
        <w:jc w:val="both"/>
        <w:rPr>
          <w:i/>
          <w:iCs/>
          <w:sz w:val="20"/>
          <w:szCs w:val="20"/>
          <w:lang w:val="pl-PL"/>
        </w:rPr>
      </w:pPr>
      <w:r w:rsidRPr="00BB4BFC">
        <w:rPr>
          <w:i/>
          <w:iCs/>
          <w:sz w:val="20"/>
          <w:szCs w:val="20"/>
          <w:lang w:val="pl-PL"/>
        </w:rPr>
        <w:t xml:space="preserve">Inštrukcia: Vypĺňa </w:t>
      </w:r>
      <w:r w:rsidRPr="00314036">
        <w:rPr>
          <w:i/>
          <w:iCs/>
          <w:sz w:val="20"/>
          <w:szCs w:val="20"/>
          <w:u w:val="single"/>
          <w:lang w:val="pl-PL"/>
        </w:rPr>
        <w:t>iná fyzická osoba</w:t>
      </w:r>
      <w:r w:rsidRPr="00BB4BFC">
        <w:rPr>
          <w:i/>
          <w:iCs/>
          <w:sz w:val="20"/>
          <w:szCs w:val="20"/>
          <w:lang w:val="pl-PL"/>
        </w:rPr>
        <w:t xml:space="preserve"> (príbuzný, </w:t>
      </w:r>
      <w:r w:rsidR="00245EBB" w:rsidRPr="00BB4BFC">
        <w:rPr>
          <w:i/>
          <w:iCs/>
          <w:sz w:val="20"/>
          <w:szCs w:val="20"/>
          <w:lang w:val="pl-PL"/>
        </w:rPr>
        <w:t>suse</w:t>
      </w:r>
      <w:r w:rsidR="002F5940" w:rsidRPr="00BB4BFC">
        <w:rPr>
          <w:i/>
          <w:iCs/>
          <w:sz w:val="20"/>
          <w:szCs w:val="20"/>
          <w:lang w:val="pl-PL"/>
        </w:rPr>
        <w:t>d, zn</w:t>
      </w:r>
      <w:r w:rsidR="00677673" w:rsidRPr="00BB4BFC">
        <w:rPr>
          <w:i/>
          <w:iCs/>
          <w:sz w:val="20"/>
          <w:szCs w:val="20"/>
          <w:lang w:val="pl-PL"/>
        </w:rPr>
        <w:t>á</w:t>
      </w:r>
      <w:r w:rsidR="002F5940" w:rsidRPr="00BB4BFC">
        <w:rPr>
          <w:i/>
          <w:iCs/>
          <w:sz w:val="20"/>
          <w:szCs w:val="20"/>
          <w:lang w:val="pl-PL"/>
        </w:rPr>
        <w:t xml:space="preserve">my, </w:t>
      </w:r>
      <w:r w:rsidR="00245EBB" w:rsidRPr="00BB4BFC">
        <w:rPr>
          <w:i/>
          <w:iCs/>
          <w:sz w:val="20"/>
          <w:szCs w:val="20"/>
          <w:lang w:val="pl-PL"/>
        </w:rPr>
        <w:t>sociálny pracovník obce,</w:t>
      </w:r>
      <w:r w:rsidR="002F5940" w:rsidRPr="00BB4BFC">
        <w:rPr>
          <w:i/>
          <w:iCs/>
          <w:sz w:val="20"/>
          <w:szCs w:val="20"/>
          <w:lang w:val="pl-PL"/>
        </w:rPr>
        <w:t xml:space="preserve"> </w:t>
      </w:r>
      <w:r w:rsidR="00245EBB" w:rsidRPr="00BB4BFC">
        <w:rPr>
          <w:i/>
          <w:iCs/>
          <w:sz w:val="20"/>
          <w:szCs w:val="20"/>
          <w:lang w:val="pl-PL"/>
        </w:rPr>
        <w:t>nemocnice…</w:t>
      </w:r>
      <w:r w:rsidRPr="00BB4BFC">
        <w:rPr>
          <w:i/>
          <w:iCs/>
          <w:sz w:val="20"/>
          <w:szCs w:val="20"/>
          <w:lang w:val="pl-PL"/>
        </w:rPr>
        <w:t xml:space="preserve">) alebo </w:t>
      </w:r>
      <w:r w:rsidR="000032D1" w:rsidRPr="00314036">
        <w:rPr>
          <w:i/>
          <w:iCs/>
          <w:sz w:val="20"/>
          <w:szCs w:val="20"/>
          <w:lang w:val="pl-PL"/>
        </w:rPr>
        <w:t>C</w:t>
      </w:r>
      <w:r w:rsidRPr="00314036">
        <w:rPr>
          <w:i/>
          <w:iCs/>
          <w:sz w:val="20"/>
          <w:szCs w:val="20"/>
          <w:lang w:val="pl-PL"/>
        </w:rPr>
        <w:t>entrum pre deti a rodiny</w:t>
      </w:r>
      <w:r w:rsidRPr="00BB4BFC">
        <w:rPr>
          <w:i/>
          <w:iCs/>
          <w:sz w:val="20"/>
          <w:szCs w:val="20"/>
          <w:lang w:val="pl-PL"/>
        </w:rPr>
        <w:t>, ak žiadateľ vzhľadom na svoj zdravotný stav nemôže úkon urobiť sám. K žiadosti musí byť priložené potvrdenie ošetrujúceho lekára o tomto stave.</w:t>
      </w:r>
    </w:p>
    <w:p w:rsidR="00C62B4D" w:rsidRPr="00BB4BFC" w:rsidRDefault="00C62B4D" w:rsidP="00D81412">
      <w:pPr>
        <w:jc w:val="center"/>
        <w:rPr>
          <w:b/>
          <w:bCs/>
          <w:sz w:val="20"/>
          <w:szCs w:val="20"/>
          <w:lang w:val="pl-PL"/>
        </w:rPr>
      </w:pPr>
      <w:r w:rsidRPr="00BB4BFC">
        <w:rPr>
          <w:b/>
          <w:bCs/>
          <w:i/>
          <w:iCs/>
          <w:sz w:val="20"/>
          <w:szCs w:val="20"/>
          <w:lang w:val="pl-PL"/>
        </w:rPr>
        <w:t>Prehlasujem, že uvedené informácie sú pravdivé a úplné a konám v záujme osoby, ktorej zdravotný stav neumožňuje podať žiadosť samostatne</w:t>
      </w:r>
      <w:r w:rsidRPr="00BB4BFC">
        <w:rPr>
          <w:b/>
          <w:bCs/>
          <w:sz w:val="20"/>
          <w:szCs w:val="20"/>
          <w:lang w:val="pl-PL"/>
        </w:rPr>
        <w:t>.</w:t>
      </w:r>
    </w:p>
    <w:p w:rsidR="00AD5EE2" w:rsidRPr="00BB4BFC" w:rsidRDefault="00AD5EE2" w:rsidP="00AD5EE2">
      <w:pPr>
        <w:rPr>
          <w:sz w:val="20"/>
          <w:szCs w:val="20"/>
          <w:lang w:val="pl-PL"/>
        </w:rPr>
      </w:pPr>
      <w:r w:rsidRPr="00BB4BFC">
        <w:rPr>
          <w:sz w:val="20"/>
          <w:szCs w:val="20"/>
          <w:lang w:val="pl-PL"/>
        </w:rPr>
        <w:t>Dátum:</w:t>
      </w:r>
    </w:p>
    <w:p w:rsidR="00AD5EE2" w:rsidRPr="00BB4BFC" w:rsidRDefault="00AD5EE2" w:rsidP="00AD5EE2">
      <w:pPr>
        <w:rPr>
          <w:sz w:val="20"/>
          <w:szCs w:val="20"/>
          <w:lang w:val="pl-PL"/>
        </w:rPr>
      </w:pPr>
      <w:r w:rsidRPr="00BB4BFC">
        <w:rPr>
          <w:sz w:val="20"/>
          <w:szCs w:val="20"/>
          <w:lang w:val="pl-PL"/>
        </w:rPr>
        <w:t xml:space="preserve">Meno a priezvisko osoby: </w:t>
      </w:r>
    </w:p>
    <w:p w:rsidR="00AD5EE2" w:rsidRPr="00BB4BFC" w:rsidRDefault="00AD5EE2" w:rsidP="00AD5EE2">
      <w:pPr>
        <w:rPr>
          <w:sz w:val="20"/>
          <w:szCs w:val="20"/>
          <w:lang w:val="pl-PL"/>
        </w:rPr>
      </w:pPr>
      <w:r w:rsidRPr="00BB4BFC">
        <w:rPr>
          <w:sz w:val="20"/>
          <w:szCs w:val="20"/>
          <w:lang w:val="pl-PL"/>
        </w:rPr>
        <w:t xml:space="preserve">Podpis:  </w:t>
      </w:r>
    </w:p>
    <w:p w:rsidR="00314036" w:rsidRDefault="00314036" w:rsidP="00694EEE">
      <w:pPr>
        <w:jc w:val="center"/>
        <w:rPr>
          <w:b/>
          <w:bCs/>
          <w:sz w:val="20"/>
          <w:szCs w:val="20"/>
          <w:lang w:val="sk-SK"/>
        </w:rPr>
      </w:pPr>
    </w:p>
    <w:p w:rsidR="00694EEE" w:rsidRPr="00BB4BFC" w:rsidRDefault="00694EEE" w:rsidP="00694EEE">
      <w:pPr>
        <w:jc w:val="center"/>
        <w:rPr>
          <w:sz w:val="20"/>
          <w:szCs w:val="20"/>
          <w:lang w:val="sk-SK"/>
        </w:rPr>
      </w:pPr>
      <w:r w:rsidRPr="00BB4BFC">
        <w:rPr>
          <w:b/>
          <w:bCs/>
          <w:sz w:val="20"/>
          <w:szCs w:val="20"/>
          <w:lang w:val="sk-SK"/>
        </w:rPr>
        <w:t>Súhlasím so spracovaním osobných údajov v rozsahu potrebnom na účely posúdenia a zabezpečenia bezodkladnej sociálnej služby podľa zákona č. 448/2008 Z. z. a v súlade s GDPR.</w:t>
      </w:r>
    </w:p>
    <w:p w:rsidR="00694EEE" w:rsidRPr="00BB4BFC" w:rsidRDefault="00694EEE" w:rsidP="00694EEE">
      <w:pPr>
        <w:rPr>
          <w:sz w:val="20"/>
          <w:szCs w:val="20"/>
          <w:lang w:val="sk-SK"/>
        </w:rPr>
      </w:pPr>
      <w:r w:rsidRPr="00BB4BFC">
        <w:rPr>
          <w:sz w:val="20"/>
          <w:szCs w:val="20"/>
          <w:lang w:val="sk-SK"/>
        </w:rPr>
        <w:t>Dátum:</w:t>
      </w:r>
      <w:r w:rsidRPr="00BB4BFC">
        <w:rPr>
          <w:sz w:val="20"/>
          <w:szCs w:val="20"/>
          <w:lang w:val="sk-SK"/>
        </w:rPr>
        <w:tab/>
      </w:r>
      <w:r w:rsidRPr="00BB4BFC">
        <w:rPr>
          <w:sz w:val="20"/>
          <w:szCs w:val="20"/>
          <w:lang w:val="sk-SK"/>
        </w:rPr>
        <w:tab/>
      </w:r>
      <w:r w:rsidRPr="00BB4BFC">
        <w:rPr>
          <w:sz w:val="20"/>
          <w:szCs w:val="20"/>
          <w:lang w:val="sk-SK"/>
        </w:rPr>
        <w:tab/>
      </w:r>
      <w:r w:rsidRPr="00BB4BFC">
        <w:rPr>
          <w:sz w:val="20"/>
          <w:szCs w:val="20"/>
          <w:lang w:val="sk-SK"/>
        </w:rPr>
        <w:tab/>
      </w:r>
      <w:r w:rsidRPr="00BB4BFC">
        <w:rPr>
          <w:sz w:val="20"/>
          <w:szCs w:val="20"/>
          <w:lang w:val="sk-SK"/>
        </w:rPr>
        <w:tab/>
      </w:r>
      <w:r w:rsidRPr="00BB4BFC">
        <w:rPr>
          <w:sz w:val="20"/>
          <w:szCs w:val="20"/>
          <w:lang w:val="sk-SK"/>
        </w:rPr>
        <w:tab/>
      </w:r>
      <w:r w:rsidRPr="00BB4BFC">
        <w:rPr>
          <w:sz w:val="20"/>
          <w:szCs w:val="20"/>
          <w:lang w:val="sk-SK"/>
        </w:rPr>
        <w:tab/>
      </w:r>
      <w:r w:rsidRPr="00BB4BFC">
        <w:rPr>
          <w:sz w:val="20"/>
          <w:szCs w:val="20"/>
          <w:lang w:val="sk-SK"/>
        </w:rPr>
        <w:tab/>
        <w:t>Podpis:</w:t>
      </w:r>
    </w:p>
    <w:p w:rsidR="00694EEE" w:rsidRPr="00BB4BFC" w:rsidRDefault="00B61BEA" w:rsidP="000A08BC">
      <w:pPr>
        <w:rPr>
          <w:sz w:val="20"/>
          <w:szCs w:val="20"/>
          <w:lang w:val="pl-PL"/>
        </w:rPr>
      </w:pPr>
      <w:r w:rsidRPr="00BB4BFC">
        <w:rPr>
          <w:sz w:val="20"/>
          <w:szCs w:val="20"/>
          <w:lang w:val="pl-PL"/>
        </w:rPr>
        <w:t>______________________________________________________________________________________________________</w:t>
      </w:r>
      <w:r w:rsidR="00EA0E96" w:rsidRPr="00BB4BFC">
        <w:rPr>
          <w:sz w:val="20"/>
          <w:szCs w:val="20"/>
          <w:lang w:val="pl-PL"/>
        </w:rPr>
        <w:t>_______________</w:t>
      </w:r>
      <w:r w:rsidRPr="00BB4BFC">
        <w:rPr>
          <w:sz w:val="20"/>
          <w:szCs w:val="20"/>
          <w:lang w:val="pl-PL"/>
        </w:rPr>
        <w:t>___</w:t>
      </w:r>
    </w:p>
    <w:p w:rsidR="00694EEE" w:rsidRPr="00BB4BFC" w:rsidRDefault="00694EEE" w:rsidP="00701237">
      <w:pPr>
        <w:ind w:left="360" w:hanging="360"/>
        <w:rPr>
          <w:color w:val="365F91" w:themeColor="accent1" w:themeShade="BF"/>
          <w:sz w:val="20"/>
          <w:szCs w:val="20"/>
          <w:lang w:val="pl-PL"/>
        </w:rPr>
      </w:pPr>
      <w:r w:rsidRPr="00BB4BFC">
        <w:rPr>
          <w:b/>
          <w:bCs/>
          <w:color w:val="365F91" w:themeColor="accent1" w:themeShade="BF"/>
          <w:sz w:val="20"/>
          <w:szCs w:val="20"/>
          <w:lang w:val="pl-PL"/>
        </w:rPr>
        <w:t>Časť pre VÚC:</w:t>
      </w:r>
    </w:p>
    <w:p w:rsidR="00B61BEA" w:rsidRPr="00BB4BFC" w:rsidRDefault="00B61BEA" w:rsidP="00667D65">
      <w:pPr>
        <w:jc w:val="both"/>
        <w:rPr>
          <w:sz w:val="20"/>
          <w:szCs w:val="20"/>
          <w:lang w:val="sk-SK"/>
        </w:rPr>
      </w:pPr>
      <w:r w:rsidRPr="00BB4BFC">
        <w:rPr>
          <w:i/>
          <w:iCs/>
          <w:sz w:val="20"/>
          <w:szCs w:val="20"/>
          <w:lang w:val="sk-SK"/>
        </w:rPr>
        <w:t xml:space="preserve">Inštrukcia: Uvedenú časť žiadosti vypĺňa </w:t>
      </w:r>
      <w:r w:rsidR="00667D65" w:rsidRPr="00BB4BFC">
        <w:rPr>
          <w:i/>
          <w:iCs/>
          <w:sz w:val="20"/>
          <w:szCs w:val="20"/>
          <w:lang w:val="sk-SK"/>
        </w:rPr>
        <w:t xml:space="preserve">výlučne </w:t>
      </w:r>
      <w:r w:rsidRPr="00BB4BFC">
        <w:rPr>
          <w:i/>
          <w:iCs/>
          <w:sz w:val="20"/>
          <w:szCs w:val="20"/>
          <w:lang w:val="sk-SK"/>
        </w:rPr>
        <w:t>referent odboru sociálnych vecí ÚK</w:t>
      </w:r>
      <w:r w:rsidR="00131DE2" w:rsidRPr="00BB4BFC">
        <w:rPr>
          <w:i/>
          <w:iCs/>
          <w:sz w:val="20"/>
          <w:szCs w:val="20"/>
          <w:lang w:val="sk-SK"/>
        </w:rPr>
        <w:t>SK</w:t>
      </w:r>
      <w:r w:rsidR="00D340E9" w:rsidRPr="00BB4BFC">
        <w:rPr>
          <w:i/>
          <w:iCs/>
          <w:sz w:val="20"/>
          <w:szCs w:val="20"/>
          <w:lang w:val="sk-SK"/>
        </w:rPr>
        <w:t xml:space="preserve"> po pridelení žiadosti na spracovanie</w:t>
      </w:r>
      <w:r w:rsidRPr="00BB4BFC">
        <w:rPr>
          <w:i/>
          <w:iCs/>
          <w:sz w:val="20"/>
          <w:szCs w:val="20"/>
          <w:lang w:val="sk-SK"/>
        </w:rPr>
        <w:t>.</w:t>
      </w:r>
    </w:p>
    <w:p w:rsidR="00694EEE" w:rsidRPr="00BB4BFC" w:rsidRDefault="00694EEE" w:rsidP="00694EEE">
      <w:pPr>
        <w:rPr>
          <w:b/>
          <w:bCs/>
          <w:sz w:val="20"/>
          <w:szCs w:val="20"/>
          <w:lang w:val="pl-PL"/>
        </w:rPr>
      </w:pPr>
      <w:r w:rsidRPr="00BB4BFC">
        <w:rPr>
          <w:b/>
          <w:bCs/>
          <w:sz w:val="20"/>
          <w:szCs w:val="20"/>
          <w:lang w:val="pl-PL"/>
        </w:rPr>
        <w:t>Dátum prijatia</w:t>
      </w:r>
      <w:r w:rsidR="0048603C" w:rsidRPr="00BB4BFC">
        <w:rPr>
          <w:b/>
          <w:bCs/>
          <w:sz w:val="20"/>
          <w:szCs w:val="20"/>
          <w:lang w:val="pl-PL"/>
        </w:rPr>
        <w:t xml:space="preserve"> žiadosti</w:t>
      </w:r>
      <w:r w:rsidRPr="00BB4BFC">
        <w:rPr>
          <w:b/>
          <w:bCs/>
          <w:sz w:val="20"/>
          <w:szCs w:val="20"/>
          <w:lang w:val="pl-PL"/>
        </w:rPr>
        <w:t>:</w:t>
      </w:r>
    </w:p>
    <w:p w:rsidR="00694EEE" w:rsidRPr="00BB4BFC" w:rsidRDefault="00D340E9" w:rsidP="00694EEE">
      <w:pPr>
        <w:rPr>
          <w:b/>
          <w:bCs/>
          <w:sz w:val="20"/>
          <w:szCs w:val="20"/>
          <w:lang w:val="pl-PL"/>
        </w:rPr>
      </w:pPr>
      <w:r w:rsidRPr="00BB4BFC">
        <w:rPr>
          <w:b/>
          <w:bCs/>
          <w:sz w:val="20"/>
          <w:szCs w:val="20"/>
          <w:lang w:val="pl-PL"/>
        </w:rPr>
        <w:t xml:space="preserve">Meno spracovateľa: </w:t>
      </w:r>
    </w:p>
    <w:p w:rsidR="00B741E4" w:rsidRPr="00BB4BFC" w:rsidRDefault="00667D65">
      <w:pPr>
        <w:rPr>
          <w:sz w:val="20"/>
          <w:szCs w:val="20"/>
          <w:lang w:val="pl-PL"/>
        </w:rPr>
      </w:pPr>
      <w:r w:rsidRPr="00BB4BFC">
        <w:rPr>
          <w:b/>
          <w:bCs/>
          <w:sz w:val="20"/>
          <w:szCs w:val="20"/>
          <w:lang w:val="pl-PL"/>
        </w:rPr>
        <w:t xml:space="preserve">Poznámky k žiadosti: </w:t>
      </w:r>
    </w:p>
    <w:sectPr w:rsidR="00B741E4" w:rsidRPr="00BB4BFC" w:rsidSect="000511E9">
      <w:footerReference w:type="default" r:id="rId8"/>
      <w:pgSz w:w="12240" w:h="15840"/>
      <w:pgMar w:top="567" w:right="1467" w:bottom="709" w:left="1418" w:header="568" w:footer="1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046D" w:rsidRDefault="007F046D" w:rsidP="00857412">
      <w:pPr>
        <w:spacing w:after="0" w:line="240" w:lineRule="auto"/>
      </w:pPr>
      <w:r>
        <w:separator/>
      </w:r>
    </w:p>
  </w:endnote>
  <w:endnote w:type="continuationSeparator" w:id="0">
    <w:p w:rsidR="007F046D" w:rsidRDefault="007F046D" w:rsidP="00857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9772073"/>
      <w:docPartObj>
        <w:docPartGallery w:val="Page Numbers (Bottom of Page)"/>
        <w:docPartUnique/>
      </w:docPartObj>
    </w:sdtPr>
    <w:sdtContent>
      <w:p w:rsidR="00086094" w:rsidRDefault="00086094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k-SK"/>
          </w:rPr>
          <w:t>2</w:t>
        </w:r>
        <w:r>
          <w:fldChar w:fldCharType="end"/>
        </w:r>
      </w:p>
    </w:sdtContent>
  </w:sdt>
  <w:p w:rsidR="00857412" w:rsidRDefault="0085741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046D" w:rsidRDefault="007F046D" w:rsidP="00857412">
      <w:pPr>
        <w:spacing w:after="0" w:line="240" w:lineRule="auto"/>
      </w:pPr>
      <w:r>
        <w:separator/>
      </w:r>
    </w:p>
  </w:footnote>
  <w:footnote w:type="continuationSeparator" w:id="0">
    <w:p w:rsidR="007F046D" w:rsidRDefault="007F046D" w:rsidP="008574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0742AC"/>
    <w:multiLevelType w:val="multilevel"/>
    <w:tmpl w:val="0D862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5054B68"/>
    <w:multiLevelType w:val="multilevel"/>
    <w:tmpl w:val="0EFC5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6463D5"/>
    <w:multiLevelType w:val="multilevel"/>
    <w:tmpl w:val="3DC06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F04CA6"/>
    <w:multiLevelType w:val="hybridMultilevel"/>
    <w:tmpl w:val="8C46DF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157608"/>
    <w:multiLevelType w:val="multilevel"/>
    <w:tmpl w:val="B68A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346EEB"/>
    <w:multiLevelType w:val="hybridMultilevel"/>
    <w:tmpl w:val="EE969D4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215E99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5341877"/>
    <w:multiLevelType w:val="hybridMultilevel"/>
    <w:tmpl w:val="61648F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5F6BAB"/>
    <w:multiLevelType w:val="hybridMultilevel"/>
    <w:tmpl w:val="9D868E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215E99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CE53BF"/>
    <w:multiLevelType w:val="hybridMultilevel"/>
    <w:tmpl w:val="9D868E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215E99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010040"/>
    <w:multiLevelType w:val="hybridMultilevel"/>
    <w:tmpl w:val="9D868E18"/>
    <w:lvl w:ilvl="0" w:tplc="FEBE504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15E99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F917D5"/>
    <w:multiLevelType w:val="hybridMultilevel"/>
    <w:tmpl w:val="A6DE3A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387736"/>
    <w:multiLevelType w:val="hybridMultilevel"/>
    <w:tmpl w:val="79F87B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AD16C6"/>
    <w:multiLevelType w:val="hybridMultilevel"/>
    <w:tmpl w:val="ABB253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301E85"/>
    <w:multiLevelType w:val="multilevel"/>
    <w:tmpl w:val="352C3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DA7C97"/>
    <w:multiLevelType w:val="hybridMultilevel"/>
    <w:tmpl w:val="ECFC20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75307"/>
    <w:multiLevelType w:val="hybridMultilevel"/>
    <w:tmpl w:val="4544B478"/>
    <w:lvl w:ilvl="0" w:tplc="70260500">
      <w:start w:val="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E03428"/>
    <w:multiLevelType w:val="hybridMultilevel"/>
    <w:tmpl w:val="9D868E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215E99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6716DE"/>
    <w:multiLevelType w:val="hybridMultilevel"/>
    <w:tmpl w:val="2E9A576C"/>
    <w:lvl w:ilvl="0" w:tplc="679A1716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030212">
    <w:abstractNumId w:val="8"/>
  </w:num>
  <w:num w:numId="2" w16cid:durableId="713693404">
    <w:abstractNumId w:val="6"/>
  </w:num>
  <w:num w:numId="3" w16cid:durableId="732315119">
    <w:abstractNumId w:val="5"/>
  </w:num>
  <w:num w:numId="4" w16cid:durableId="43407734">
    <w:abstractNumId w:val="4"/>
  </w:num>
  <w:num w:numId="5" w16cid:durableId="1446382614">
    <w:abstractNumId w:val="7"/>
  </w:num>
  <w:num w:numId="6" w16cid:durableId="676928163">
    <w:abstractNumId w:val="3"/>
  </w:num>
  <w:num w:numId="7" w16cid:durableId="587732236">
    <w:abstractNumId w:val="2"/>
  </w:num>
  <w:num w:numId="8" w16cid:durableId="1482383152">
    <w:abstractNumId w:val="1"/>
  </w:num>
  <w:num w:numId="9" w16cid:durableId="175656587">
    <w:abstractNumId w:val="0"/>
  </w:num>
  <w:num w:numId="10" w16cid:durableId="1376276821">
    <w:abstractNumId w:val="22"/>
  </w:num>
  <w:num w:numId="11" w16cid:durableId="989210945">
    <w:abstractNumId w:val="23"/>
  </w:num>
  <w:num w:numId="12" w16cid:durableId="1874877920">
    <w:abstractNumId w:val="12"/>
  </w:num>
  <w:num w:numId="13" w16cid:durableId="1748266305">
    <w:abstractNumId w:val="15"/>
  </w:num>
  <w:num w:numId="14" w16cid:durableId="281233876">
    <w:abstractNumId w:val="18"/>
  </w:num>
  <w:num w:numId="15" w16cid:durableId="638074580">
    <w:abstractNumId w:val="25"/>
  </w:num>
  <w:num w:numId="16" w16cid:durableId="856236758">
    <w:abstractNumId w:val="14"/>
  </w:num>
  <w:num w:numId="17" w16cid:durableId="1701662022">
    <w:abstractNumId w:val="26"/>
  </w:num>
  <w:num w:numId="18" w16cid:durableId="1129130926">
    <w:abstractNumId w:val="16"/>
  </w:num>
  <w:num w:numId="19" w16cid:durableId="285166151">
    <w:abstractNumId w:val="17"/>
  </w:num>
  <w:num w:numId="20" w16cid:durableId="447236128">
    <w:abstractNumId w:val="24"/>
  </w:num>
  <w:num w:numId="21" w16cid:durableId="57824999">
    <w:abstractNumId w:val="10"/>
  </w:num>
  <w:num w:numId="22" w16cid:durableId="1618216441">
    <w:abstractNumId w:val="13"/>
  </w:num>
  <w:num w:numId="23" w16cid:durableId="2017152060">
    <w:abstractNumId w:val="9"/>
  </w:num>
  <w:num w:numId="24" w16cid:durableId="14961774">
    <w:abstractNumId w:val="11"/>
  </w:num>
  <w:num w:numId="25" w16cid:durableId="2145541404">
    <w:abstractNumId w:val="21"/>
  </w:num>
  <w:num w:numId="26" w16cid:durableId="162669240">
    <w:abstractNumId w:val="19"/>
  </w:num>
  <w:num w:numId="27" w16cid:durableId="5467167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2D1"/>
    <w:rsid w:val="00003D0C"/>
    <w:rsid w:val="00021CA3"/>
    <w:rsid w:val="00034616"/>
    <w:rsid w:val="000375DF"/>
    <w:rsid w:val="000511E9"/>
    <w:rsid w:val="0006063C"/>
    <w:rsid w:val="00061FE2"/>
    <w:rsid w:val="00062E92"/>
    <w:rsid w:val="0008073E"/>
    <w:rsid w:val="00086094"/>
    <w:rsid w:val="000A49B3"/>
    <w:rsid w:val="000D09ED"/>
    <w:rsid w:val="000D2917"/>
    <w:rsid w:val="000E0200"/>
    <w:rsid w:val="000E6A44"/>
    <w:rsid w:val="000F04E0"/>
    <w:rsid w:val="000F3F09"/>
    <w:rsid w:val="0010010A"/>
    <w:rsid w:val="00112261"/>
    <w:rsid w:val="001228A9"/>
    <w:rsid w:val="00127CFD"/>
    <w:rsid w:val="00131DE2"/>
    <w:rsid w:val="00135100"/>
    <w:rsid w:val="0015074B"/>
    <w:rsid w:val="00161CDC"/>
    <w:rsid w:val="001B0101"/>
    <w:rsid w:val="001C6C7F"/>
    <w:rsid w:val="001E0D00"/>
    <w:rsid w:val="00216BD7"/>
    <w:rsid w:val="002241A2"/>
    <w:rsid w:val="00231D8B"/>
    <w:rsid w:val="002364F2"/>
    <w:rsid w:val="00245EBB"/>
    <w:rsid w:val="00290973"/>
    <w:rsid w:val="0029639D"/>
    <w:rsid w:val="002B37D5"/>
    <w:rsid w:val="002C2647"/>
    <w:rsid w:val="002F476A"/>
    <w:rsid w:val="002F5940"/>
    <w:rsid w:val="00300E04"/>
    <w:rsid w:val="00314036"/>
    <w:rsid w:val="00326F90"/>
    <w:rsid w:val="003446A3"/>
    <w:rsid w:val="00355E50"/>
    <w:rsid w:val="003729B9"/>
    <w:rsid w:val="003D2E3B"/>
    <w:rsid w:val="003D699F"/>
    <w:rsid w:val="003F6346"/>
    <w:rsid w:val="00406BD0"/>
    <w:rsid w:val="00415217"/>
    <w:rsid w:val="004318DC"/>
    <w:rsid w:val="00480046"/>
    <w:rsid w:val="0048603C"/>
    <w:rsid w:val="00493927"/>
    <w:rsid w:val="004A0896"/>
    <w:rsid w:val="004B1C26"/>
    <w:rsid w:val="004C4AAB"/>
    <w:rsid w:val="004E146D"/>
    <w:rsid w:val="004E3508"/>
    <w:rsid w:val="005022A4"/>
    <w:rsid w:val="00504BDF"/>
    <w:rsid w:val="00510964"/>
    <w:rsid w:val="00521164"/>
    <w:rsid w:val="0056769B"/>
    <w:rsid w:val="00576707"/>
    <w:rsid w:val="005B1B78"/>
    <w:rsid w:val="005B5007"/>
    <w:rsid w:val="005B6C67"/>
    <w:rsid w:val="005C538E"/>
    <w:rsid w:val="005D64C0"/>
    <w:rsid w:val="005D7E7C"/>
    <w:rsid w:val="00600BF9"/>
    <w:rsid w:val="00642536"/>
    <w:rsid w:val="00645C92"/>
    <w:rsid w:val="00667D65"/>
    <w:rsid w:val="0067210B"/>
    <w:rsid w:val="00677673"/>
    <w:rsid w:val="00681B32"/>
    <w:rsid w:val="00683A14"/>
    <w:rsid w:val="00691E0E"/>
    <w:rsid w:val="00694EEE"/>
    <w:rsid w:val="00701237"/>
    <w:rsid w:val="00733051"/>
    <w:rsid w:val="0073547D"/>
    <w:rsid w:val="00745FB9"/>
    <w:rsid w:val="0076170A"/>
    <w:rsid w:val="0077083F"/>
    <w:rsid w:val="007777E0"/>
    <w:rsid w:val="00795A34"/>
    <w:rsid w:val="007D0781"/>
    <w:rsid w:val="007D4745"/>
    <w:rsid w:val="007F046D"/>
    <w:rsid w:val="007F2642"/>
    <w:rsid w:val="00802F57"/>
    <w:rsid w:val="008429B3"/>
    <w:rsid w:val="00842E5A"/>
    <w:rsid w:val="00857412"/>
    <w:rsid w:val="00874161"/>
    <w:rsid w:val="008863F2"/>
    <w:rsid w:val="00891343"/>
    <w:rsid w:val="008B2523"/>
    <w:rsid w:val="008C3480"/>
    <w:rsid w:val="008D6C09"/>
    <w:rsid w:val="008D71C0"/>
    <w:rsid w:val="008F2515"/>
    <w:rsid w:val="00986E54"/>
    <w:rsid w:val="0099532C"/>
    <w:rsid w:val="009A4239"/>
    <w:rsid w:val="009B4CB0"/>
    <w:rsid w:val="009B5AA6"/>
    <w:rsid w:val="009C22F4"/>
    <w:rsid w:val="009D785D"/>
    <w:rsid w:val="009E0367"/>
    <w:rsid w:val="009E58B6"/>
    <w:rsid w:val="009E706C"/>
    <w:rsid w:val="009F03E9"/>
    <w:rsid w:val="00A1530E"/>
    <w:rsid w:val="00A671F5"/>
    <w:rsid w:val="00A735F6"/>
    <w:rsid w:val="00A75E75"/>
    <w:rsid w:val="00A82C64"/>
    <w:rsid w:val="00AA1D8D"/>
    <w:rsid w:val="00AA5D16"/>
    <w:rsid w:val="00AB2876"/>
    <w:rsid w:val="00AD5EE2"/>
    <w:rsid w:val="00AD5F80"/>
    <w:rsid w:val="00AD76A6"/>
    <w:rsid w:val="00AD780B"/>
    <w:rsid w:val="00AE77DF"/>
    <w:rsid w:val="00B22067"/>
    <w:rsid w:val="00B2368B"/>
    <w:rsid w:val="00B47730"/>
    <w:rsid w:val="00B51BF0"/>
    <w:rsid w:val="00B61BEA"/>
    <w:rsid w:val="00B6390E"/>
    <w:rsid w:val="00B741E4"/>
    <w:rsid w:val="00B75CE0"/>
    <w:rsid w:val="00B81660"/>
    <w:rsid w:val="00B87D96"/>
    <w:rsid w:val="00BA72F3"/>
    <w:rsid w:val="00BB2E60"/>
    <w:rsid w:val="00BB4BFC"/>
    <w:rsid w:val="00BC2045"/>
    <w:rsid w:val="00C053BD"/>
    <w:rsid w:val="00C62B4D"/>
    <w:rsid w:val="00C844D8"/>
    <w:rsid w:val="00CB0664"/>
    <w:rsid w:val="00CB4E0E"/>
    <w:rsid w:val="00CC7F3B"/>
    <w:rsid w:val="00CE056D"/>
    <w:rsid w:val="00CE5363"/>
    <w:rsid w:val="00CF6965"/>
    <w:rsid w:val="00D174A7"/>
    <w:rsid w:val="00D201A2"/>
    <w:rsid w:val="00D27F37"/>
    <w:rsid w:val="00D340E9"/>
    <w:rsid w:val="00D428EE"/>
    <w:rsid w:val="00D5223B"/>
    <w:rsid w:val="00D6013F"/>
    <w:rsid w:val="00D61733"/>
    <w:rsid w:val="00D61C5E"/>
    <w:rsid w:val="00D643AF"/>
    <w:rsid w:val="00D67BBD"/>
    <w:rsid w:val="00D72310"/>
    <w:rsid w:val="00D81412"/>
    <w:rsid w:val="00D91C68"/>
    <w:rsid w:val="00DF385E"/>
    <w:rsid w:val="00E2697E"/>
    <w:rsid w:val="00E34FE7"/>
    <w:rsid w:val="00E42FB2"/>
    <w:rsid w:val="00E73DBD"/>
    <w:rsid w:val="00E74DE9"/>
    <w:rsid w:val="00E83FF3"/>
    <w:rsid w:val="00E84A89"/>
    <w:rsid w:val="00E92967"/>
    <w:rsid w:val="00EA07A0"/>
    <w:rsid w:val="00EA0E96"/>
    <w:rsid w:val="00EA1160"/>
    <w:rsid w:val="00EA2B1A"/>
    <w:rsid w:val="00EB0EFB"/>
    <w:rsid w:val="00EB0FE5"/>
    <w:rsid w:val="00EB5018"/>
    <w:rsid w:val="00EC0DFF"/>
    <w:rsid w:val="00EC58A6"/>
    <w:rsid w:val="00EE46B9"/>
    <w:rsid w:val="00EF3DEB"/>
    <w:rsid w:val="00F1370B"/>
    <w:rsid w:val="00F368CE"/>
    <w:rsid w:val="00F44980"/>
    <w:rsid w:val="00F724B1"/>
    <w:rsid w:val="00F8204D"/>
    <w:rsid w:val="00F87070"/>
    <w:rsid w:val="00FC693F"/>
    <w:rsid w:val="00FF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A7E6B4"/>
  <w14:defaultImageDpi w14:val="300"/>
  <w15:docId w15:val="{85F19256-6BE6-442E-AEAE-D95B65B4B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Obyajntabuka41">
    <w:name w:val="Obyčajná tabuľka 41"/>
    <w:basedOn w:val="Normlnatabuka"/>
    <w:uiPriority w:val="44"/>
    <w:rsid w:val="00D81412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</w:tblPr>
  </w:style>
  <w:style w:type="character" w:styleId="Odkaznakomentr">
    <w:name w:val="annotation reference"/>
    <w:basedOn w:val="Predvolenpsmoodseku"/>
    <w:uiPriority w:val="99"/>
    <w:semiHidden/>
    <w:unhideWhenUsed/>
    <w:rsid w:val="00F8204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8204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8204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8204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8204D"/>
    <w:rPr>
      <w:b/>
      <w:bCs/>
      <w:sz w:val="20"/>
      <w:szCs w:val="20"/>
    </w:rPr>
  </w:style>
  <w:style w:type="table" w:customStyle="1" w:styleId="GridTable4-Accent1">
    <w:name w:val="Grid Table 4 - Accent 1"/>
    <w:basedOn w:val="Normlnatabuka"/>
    <w:uiPriority w:val="49"/>
    <w:rsid w:val="000F3F09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</w:style>
  <w:style w:type="table" w:customStyle="1" w:styleId="GridTable1Light-Accent1">
    <w:name w:val="Grid Table 1 Light - Accent 1"/>
    <w:basedOn w:val="Normlnatabuka"/>
    <w:uiPriority w:val="46"/>
    <w:rsid w:val="001E0D00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22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979</Words>
  <Characters>5585</Characters>
  <Application>Microsoft Office Word</Application>
  <DocSecurity>0</DocSecurity>
  <Lines>46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msoffice10@webex.sk</cp:lastModifiedBy>
  <cp:revision>1</cp:revision>
  <cp:lastPrinted>2026-07-10T05:58:00Z</cp:lastPrinted>
  <dcterms:created xsi:type="dcterms:W3CDTF">2026-08-25T09:53:00Z</dcterms:created>
  <dcterms:modified xsi:type="dcterms:W3CDTF">2026-08-25T09:53:00Z</dcterms:modified>
  <cp:category/>
</cp:coreProperties>
</file>